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35923" w:rsidR="00ED0A16" w:rsidP="120FB28B" w:rsidRDefault="00000000" w14:paraId="55D7111E" w14:textId="77777777">
      <w:pPr>
        <w:pStyle w:val="CzatSmall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>Projekt Ministerstwa Funduszy i Polityki Regionalnej RP nr DWR/ADM 2025/017/3 pn. „Planowanie odbudowy miast i wspólnot terytorialnych – wsparcie administracji publicznej w Ukrainie w implementacji Państwowej Strategii Rozwoju Regionalnego do 2027 roku”, współfinansowanego przez Ministerstwo Spraw Zagranicznych RP w ramach polskiej współpracy rozwojowej Ministerstwa Spraw Zagranicznych na 2026 r.</w:t>
      </w:r>
    </w:p>
    <w:p w:rsidRPr="00735923" w:rsidR="00ED0A16" w:rsidP="120FB28B" w:rsidRDefault="00000000" w14:paraId="36B87DCC" w14:textId="77777777">
      <w:pPr>
        <w:spacing w:after="60" w:line="240" w:lineRule="auto"/>
        <w:jc w:val="lef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  <w:lang w:val="pl-PL"/>
        </w:rPr>
        <w:t>Załącznik nr 4 do Zapytania ofertowego</w:t>
      </w:r>
    </w:p>
    <w:p w:rsidRPr="00735923" w:rsidR="00ED0A16" w:rsidP="120FB28B" w:rsidRDefault="00000000" w14:paraId="5EBEC30A" w14:textId="77777777">
      <w:pPr>
        <w:spacing w:after="0" w:line="240" w:lineRule="auto"/>
        <w:jc w:val="righ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  <w:lang w:val="pl-PL"/>
        </w:rPr>
        <w:t>Zamawiający:</w:t>
      </w:r>
    </w:p>
    <w:p w:rsidRPr="00735923" w:rsidR="00ED0A16" w:rsidP="120FB28B" w:rsidRDefault="00000000" w14:paraId="574D3EDB" w14:textId="77777777">
      <w:pPr>
        <w:spacing w:after="0" w:line="240" w:lineRule="auto"/>
        <w:jc w:val="righ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  <w:lang w:val="pl-PL"/>
        </w:rPr>
        <w:t>Instytut Rozwoju Miast i Regionów</w:t>
      </w:r>
    </w:p>
    <w:p w:rsidRPr="00735923" w:rsidR="00ED0A16" w:rsidP="120FB28B" w:rsidRDefault="00000000" w14:paraId="49714ACC" w14:textId="77777777">
      <w:pPr>
        <w:spacing w:after="0" w:line="240" w:lineRule="auto"/>
        <w:jc w:val="righ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  <w:lang w:val="pl-PL"/>
        </w:rPr>
        <w:t>ul. Targowa 45</w:t>
      </w:r>
    </w:p>
    <w:p w:rsidRPr="00735923" w:rsidR="00ED0A16" w:rsidP="120FB28B" w:rsidRDefault="00000000" w14:paraId="1A4F5BE3" w14:textId="77777777">
      <w:pPr>
        <w:spacing w:after="0" w:line="240" w:lineRule="auto"/>
        <w:jc w:val="righ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  <w:lang w:val="pl-PL"/>
        </w:rPr>
        <w:t>03-728 Warszawa</w:t>
      </w:r>
    </w:p>
    <w:p w:rsidR="120FB28B" w:rsidP="120FB28B" w:rsidRDefault="120FB28B" w14:paraId="6CEC6B74" w14:textId="13EDEC14">
      <w:pPr>
        <w:spacing w:after="20" w:line="240" w:lineRule="auto"/>
        <w:jc w:val="center"/>
        <w:rPr>
          <w:rFonts w:eastAsia="Calibri" w:cs="Calibri"/>
          <w:b w:val="1"/>
          <w:bCs w:val="1"/>
          <w:sz w:val="22"/>
          <w:szCs w:val="22"/>
          <w:lang w:val="pl-PL"/>
        </w:rPr>
      </w:pPr>
    </w:p>
    <w:p w:rsidRPr="00735923" w:rsidR="00ED0A16" w:rsidP="120FB28B" w:rsidRDefault="00000000" w14:paraId="7184DCE4" w14:textId="77777777">
      <w:pPr>
        <w:spacing w:after="20" w:line="240" w:lineRule="auto"/>
        <w:jc w:val="center"/>
        <w:rPr>
          <w:rFonts w:eastAsia="Calibri" w:cs="Calibri"/>
          <w:b w:val="1"/>
          <w:bCs w:val="1"/>
          <w:sz w:val="22"/>
          <w:szCs w:val="22"/>
          <w:lang w:val="pl-PL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  <w:lang w:val="pl-PL"/>
        </w:rPr>
        <w:t>WYKAZ OSÓB</w:t>
      </w:r>
    </w:p>
    <w:p w:rsidR="120FB28B" w:rsidP="120FB28B" w:rsidRDefault="120FB28B" w14:paraId="743B6CD4" w14:textId="25FAFF48">
      <w:pPr>
        <w:spacing w:after="20" w:line="240" w:lineRule="auto"/>
        <w:jc w:val="center"/>
        <w:rPr>
          <w:rFonts w:eastAsia="Calibri" w:cs="Calibri"/>
          <w:b w:val="1"/>
          <w:bCs w:val="1"/>
          <w:sz w:val="22"/>
          <w:szCs w:val="22"/>
          <w:lang w:val="pl-PL"/>
        </w:rPr>
      </w:pPr>
    </w:p>
    <w:p w:rsidRPr="00735923" w:rsidR="00ED0A16" w:rsidP="120FB28B" w:rsidRDefault="00000000" w14:paraId="111B1755" w14:textId="77777777">
      <w:pPr>
        <w:spacing w:after="0" w:line="240" w:lineRule="auto"/>
        <w:jc w:val="lef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>skierowanych przez Wykonawcę do realizacji zamówienia, odpowiedzialnych za świadczenie usług</w:t>
      </w:r>
    </w:p>
    <w:p w:rsidRPr="00735923" w:rsidR="00ED0A16" w:rsidP="120FB28B" w:rsidRDefault="00000000" w14:paraId="575ADF22" w14:textId="77777777">
      <w:pPr>
        <w:spacing w:after="60" w:line="240" w:lineRule="auto"/>
        <w:jc w:val="lef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i w:val="1"/>
          <w:iCs w:val="1"/>
          <w:sz w:val="22"/>
          <w:szCs w:val="22"/>
          <w:lang w:val="pl-PL"/>
        </w:rPr>
        <w:t>(na potwierdzenie spełnienia warunków udziału i przyznania punktów w ramach kryteriów oceny ofert)</w:t>
      </w:r>
    </w:p>
    <w:p w:rsidRPr="00735923" w:rsidR="00ED0A16" w:rsidP="120FB28B" w:rsidRDefault="00000000" w14:paraId="542F1196" w14:textId="329C1719">
      <w:pPr>
        <w:spacing w:after="60" w:line="240" w:lineRule="auto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 xml:space="preserve">Dotyczy: </w:t>
      </w:r>
      <w:r w:rsidRPr="120FB28B" w:rsidR="00585DCA">
        <w:rPr>
          <w:rFonts w:eastAsia="Calibri" w:cs="Calibri"/>
          <w:b w:val="1"/>
          <w:bCs w:val="1"/>
          <w:sz w:val="22"/>
          <w:szCs w:val="22"/>
          <w:lang w:val="pl-PL"/>
        </w:rPr>
        <w:t xml:space="preserve">Usługi polegającej na wsparciu doradczym, organizacyjnym i technicznym </w:t>
      </w:r>
      <w:r w:rsidRPr="120FB28B" w:rsidR="00585DCA">
        <w:rPr>
          <w:rFonts w:eastAsia="Calibri" w:cs="Calibri"/>
          <w:b w:val="1"/>
          <w:bCs w:val="1"/>
          <w:sz w:val="22"/>
          <w:szCs w:val="22"/>
          <w:lang w:val="pl-PL"/>
        </w:rPr>
        <w:t>IRMiR</w:t>
      </w:r>
      <w:r w:rsidRPr="120FB28B" w:rsidR="00585DCA">
        <w:rPr>
          <w:rFonts w:eastAsia="Calibri" w:cs="Calibri"/>
          <w:b w:val="1"/>
          <w:bCs w:val="1"/>
          <w:sz w:val="22"/>
          <w:szCs w:val="22"/>
          <w:lang w:val="pl-PL"/>
        </w:rPr>
        <w:t xml:space="preserve"> w realizacji działań projektu w 2026 r., w szczególności w zakresie pilotażowej koordynacji dokumentów planistycznych, wdrażania Programów Kompleksowej Odbudowy, organizacji wizyt studyjnych, opracowania modelu instytucji wspierającej rząd i samorządy w zarządzaniu miastami oraz obsługi posiedzeń Komitetu Sterującego</w:t>
      </w:r>
      <w:r w:rsidRPr="120FB28B" w:rsidR="00585DCA">
        <w:rPr>
          <w:rFonts w:eastAsia="Calibri" w:cs="Calibri"/>
          <w:sz w:val="22"/>
          <w:szCs w:val="22"/>
          <w:lang w:val="pl-PL"/>
        </w:rPr>
        <w:t>.</w:t>
      </w:r>
    </w:p>
    <w:p w:rsidR="00ED0A16" w:rsidP="120FB28B" w:rsidRDefault="00000000" w14:paraId="2CC29976" w14:textId="77777777">
      <w:pPr>
        <w:spacing w:after="20" w:line="240" w:lineRule="auto"/>
        <w:jc w:val="left"/>
        <w:rPr>
          <w:rFonts w:eastAsia="Calibri" w:cs="Calibri"/>
          <w:b w:val="1"/>
          <w:bCs w:val="1"/>
          <w:sz w:val="22"/>
          <w:szCs w:val="22"/>
        </w:rPr>
      </w:pPr>
      <w:r w:rsidRPr="120FB28B" w:rsidR="00000000">
        <w:rPr>
          <w:rFonts w:eastAsia="Calibri" w:cs="Calibri"/>
          <w:b w:val="1"/>
          <w:bCs w:val="1"/>
          <w:sz w:val="22"/>
          <w:szCs w:val="22"/>
        </w:rPr>
        <w:t xml:space="preserve">Nazwa Wykonawcy, </w:t>
      </w:r>
      <w:r w:rsidRPr="120FB28B" w:rsidR="00000000">
        <w:rPr>
          <w:rFonts w:eastAsia="Calibri" w:cs="Calibri"/>
          <w:b w:val="1"/>
          <w:bCs w:val="1"/>
          <w:sz w:val="22"/>
          <w:szCs w:val="22"/>
        </w:rPr>
        <w:t>dane</w:t>
      </w:r>
      <w:r w:rsidRPr="120FB28B" w:rsidR="00000000">
        <w:rPr>
          <w:rFonts w:eastAsia="Calibri" w:cs="Calibri"/>
          <w:b w:val="1"/>
          <w:bCs w:val="1"/>
          <w:sz w:val="22"/>
          <w:szCs w:val="22"/>
        </w:rPr>
        <w:t xml:space="preserve"> </w:t>
      </w:r>
      <w:r w:rsidRPr="120FB28B" w:rsidR="00000000">
        <w:rPr>
          <w:rFonts w:eastAsia="Calibri" w:cs="Calibri"/>
          <w:b w:val="1"/>
          <w:bCs w:val="1"/>
          <w:sz w:val="22"/>
          <w:szCs w:val="22"/>
        </w:rPr>
        <w:t>adresowe</w:t>
      </w:r>
      <w:r w:rsidRPr="120FB28B" w:rsidR="00000000">
        <w:rPr>
          <w:rFonts w:eastAsia="Calibri" w:cs="Calibri"/>
          <w:b w:val="1"/>
          <w:bCs w:val="1"/>
          <w:sz w:val="22"/>
          <w:szCs w:val="22"/>
        </w:rPr>
        <w:t>:</w:t>
      </w:r>
    </w:p>
    <w:tbl>
      <w:tblPr>
        <w:tblW w:w="1293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12930"/>
      </w:tblGrid>
      <w:tr w:rsidR="00ED0A16" w:rsidTr="120FB28B" w14:paraId="70040A67" w14:textId="77777777">
        <w:trPr>
          <w:trHeight w:val="975"/>
        </w:trPr>
        <w:tc>
          <w:tcPr>
            <w:tcW w:w="12930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:rsidR="00ED0A16" w:rsidP="120FB28B" w:rsidRDefault="00000000" w14:paraId="408601E8" w14:textId="402D3D84">
            <w:pPr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  <w:r w:rsidRPr="120FB28B" w:rsidR="00000000">
              <w:rPr>
                <w:rFonts w:eastAsia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120FB28B" w:rsidR="439EDD16">
              <w:rPr>
                <w:rFonts w:eastAsia="Calibri" w:cs="Calibri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D0A16" w:rsidP="120FB28B" w:rsidRDefault="00000000" w14:paraId="66100B8D" w14:textId="6735A733">
      <w:pPr>
        <w:spacing w:after="60" w:line="240" w:lineRule="auto"/>
        <w:jc w:val="left"/>
        <w:rPr>
          <w:rFonts w:eastAsia="Calibri" w:cs="Calibri"/>
          <w:sz w:val="22"/>
          <w:szCs w:val="22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>Część zamówienia, której dotyczy wykaz: Część 1 – Ekspert 1 / Część 2 – Ekspert 2</w:t>
      </w:r>
      <w:r w:rsidRPr="120FB28B" w:rsidR="4416A0BB">
        <w:rPr>
          <w:rFonts w:eastAsia="Calibri" w:cs="Calibri"/>
          <w:sz w:val="22"/>
          <w:szCs w:val="22"/>
          <w:lang w:val="pl-PL"/>
        </w:rPr>
        <w:t xml:space="preserve"> / Część 3 - Ekspert 3 </w:t>
      </w:r>
      <w:r w:rsidRPr="120FB28B" w:rsidR="00000000">
        <w:rPr>
          <w:rFonts w:eastAsia="Calibri" w:cs="Calibri"/>
          <w:sz w:val="22"/>
          <w:szCs w:val="22"/>
          <w:lang w:val="pl-PL"/>
        </w:rPr>
        <w:t xml:space="preserve">*.       </w:t>
      </w:r>
      <w:r>
        <w:br/>
      </w:r>
      <w:r w:rsidRPr="120FB28B" w:rsidR="00000000">
        <w:rPr>
          <w:rFonts w:eastAsia="Calibri" w:cs="Calibri"/>
          <w:i w:val="1"/>
          <w:iCs w:val="1"/>
          <w:sz w:val="22"/>
          <w:szCs w:val="22"/>
        </w:rPr>
        <w:t xml:space="preserve">* </w:t>
      </w:r>
      <w:r w:rsidRPr="120FB28B" w:rsidR="00000000">
        <w:rPr>
          <w:rFonts w:eastAsia="Calibri" w:cs="Calibri"/>
          <w:i w:val="1"/>
          <w:iCs w:val="1"/>
          <w:sz w:val="22"/>
          <w:szCs w:val="22"/>
        </w:rPr>
        <w:t>niepotrzebne</w:t>
      </w:r>
      <w:r w:rsidRPr="120FB28B" w:rsidR="00000000">
        <w:rPr>
          <w:rFonts w:eastAsia="Calibri" w:cs="Calibri"/>
          <w:i w:val="1"/>
          <w:iCs w:val="1"/>
          <w:sz w:val="22"/>
          <w:szCs w:val="22"/>
        </w:rPr>
        <w:t xml:space="preserve"> </w:t>
      </w:r>
      <w:r w:rsidRPr="120FB28B" w:rsidR="00000000">
        <w:rPr>
          <w:rFonts w:eastAsia="Calibri" w:cs="Calibri"/>
          <w:i w:val="1"/>
          <w:iCs w:val="1"/>
          <w:sz w:val="22"/>
          <w:szCs w:val="22"/>
        </w:rPr>
        <w:t>skreślić</w:t>
      </w:r>
    </w:p>
    <w:tbl>
      <w:tblPr>
        <w:tblW w:w="1353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3042"/>
        <w:gridCol w:w="7056"/>
        <w:gridCol w:w="2448"/>
      </w:tblGrid>
      <w:tr w:rsidR="00ED0A16" w:rsidTr="120FB28B" w14:paraId="25258C86" w14:textId="77777777">
        <w:trPr>
          <w:cantSplit/>
        </w:trPr>
        <w:tc>
          <w:tcPr>
            <w:tcW w:w="990" w:type="dxa"/>
            <w:shd w:val="clear" w:color="auto" w:fill="D9D9D9" w:themeFill="background1" w:themeFillShade="D9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ED0A16" w:rsidP="120FB28B" w:rsidRDefault="00000000" w14:paraId="1097FD10" w14:textId="040C6410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0FB28B" w:rsidR="2CBE29FA">
              <w:rPr>
                <w:rFonts w:eastAsia="Calibri" w:cs="Calibri"/>
                <w:b w:val="1"/>
                <w:bCs w:val="1"/>
                <w:sz w:val="22"/>
                <w:szCs w:val="22"/>
              </w:rPr>
              <w:t>Lp.</w:t>
            </w:r>
            <w:r w:rsidRPr="120FB28B" w:rsidR="59BAEA6A">
              <w:rPr>
                <w:rFonts w:eastAsia="Calibri" w:cs="Calibri"/>
                <w:b w:val="1"/>
                <w:bCs w:val="1"/>
                <w:sz w:val="22"/>
                <w:szCs w:val="22"/>
              </w:rPr>
              <w:t xml:space="preserve"> </w:t>
            </w:r>
          </w:p>
        </w:tc>
        <w:tc>
          <w:tcPr>
            <w:tcW w:w="3042" w:type="dxa"/>
            <w:shd w:val="clear" w:color="auto" w:fill="D9D9D9" w:themeFill="background1" w:themeFillShade="D9"/>
            <w:tcMar>
              <w:top w:w="45" w:type="dxa"/>
              <w:left w:w="55" w:type="dxa"/>
              <w:bottom w:w="45" w:type="dxa"/>
              <w:right w:w="55" w:type="dxa"/>
            </w:tcMar>
          </w:tcPr>
          <w:p w:rsidRPr="00735923" w:rsidR="00ED0A16" w:rsidP="120FB28B" w:rsidRDefault="00000000" w14:paraId="31D40450" w14:textId="77777777">
            <w:pPr>
              <w:spacing w:after="0" w:line="240" w:lineRule="auto"/>
              <w:jc w:val="center"/>
              <w:rPr>
                <w:sz w:val="22"/>
                <w:szCs w:val="22"/>
                <w:lang w:val="pl-PL"/>
              </w:rPr>
            </w:pP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  <w:lang w:val="pl-PL"/>
              </w:rPr>
              <w:t>Osoba, która będzie uczestniczyć w wykonywaniu zamówienia</w:t>
            </w:r>
          </w:p>
        </w:tc>
        <w:tc>
          <w:tcPr>
            <w:tcW w:w="7056" w:type="dxa"/>
            <w:shd w:val="clear" w:color="auto" w:fill="D9D9D9" w:themeFill="background1" w:themeFillShade="D9"/>
            <w:tcMar>
              <w:top w:w="45" w:type="dxa"/>
              <w:left w:w="55" w:type="dxa"/>
              <w:bottom w:w="45" w:type="dxa"/>
              <w:right w:w="55" w:type="dxa"/>
            </w:tcMar>
          </w:tcPr>
          <w:p w:rsidRPr="00735923" w:rsidR="00ED0A16" w:rsidP="120FB28B" w:rsidRDefault="00000000" w14:paraId="2DB63F10" w14:textId="77777777">
            <w:pPr>
              <w:spacing w:after="0" w:line="240" w:lineRule="auto"/>
              <w:jc w:val="center"/>
              <w:rPr>
                <w:sz w:val="22"/>
                <w:szCs w:val="22"/>
                <w:lang w:val="pl-PL"/>
              </w:rPr>
            </w:pP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  <w:lang w:val="pl-PL"/>
              </w:rPr>
              <w:t>Doświadczenie niezbędne do wykonania zamówienia oraz dodatkowe doświadczenie punktowane</w:t>
            </w:r>
          </w:p>
        </w:tc>
        <w:tc>
          <w:tcPr>
            <w:tcW w:w="2448" w:type="dxa"/>
            <w:shd w:val="clear" w:color="auto" w:fill="D9D9D9" w:themeFill="background1" w:themeFillShade="D9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ED0A16" w:rsidP="120FB28B" w:rsidRDefault="00000000" w14:paraId="439E2606" w14:textId="77777777">
            <w:pPr>
              <w:spacing w:after="0" w:line="240" w:lineRule="auto"/>
              <w:jc w:val="center"/>
              <w:rPr>
                <w:rFonts w:eastAsia="Calibri" w:cs="Calibri"/>
                <w:b w:val="1"/>
                <w:bCs w:val="1"/>
                <w:sz w:val="22"/>
                <w:szCs w:val="22"/>
              </w:rPr>
            </w:pP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>Podstawa</w:t>
            </w: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>dysponowania</w:t>
            </w: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>daną</w:t>
            </w: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120FB28B" w:rsidR="00000000">
              <w:rPr>
                <w:rFonts w:eastAsia="Calibri" w:cs="Calibri"/>
                <w:b w:val="1"/>
                <w:bCs w:val="1"/>
                <w:sz w:val="22"/>
                <w:szCs w:val="22"/>
              </w:rPr>
              <w:t>osobą</w:t>
            </w:r>
          </w:p>
        </w:tc>
      </w:tr>
      <w:tr w:rsidR="00ED0A16" w:rsidTr="120FB28B" w14:paraId="79D4E194" w14:textId="77777777">
        <w:trPr>
          <w:cantSplit/>
        </w:trPr>
        <w:tc>
          <w:tcPr>
            <w:tcW w:w="990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ED0A16" w:rsidP="120FB28B" w:rsidRDefault="00000000" w14:paraId="2C8CAA14" w14:textId="1544F8B8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20FB28B" w:rsidR="74F63CF0">
              <w:rPr>
                <w:rFonts w:eastAsia="Calibri" w:cs="Calibri"/>
                <w:sz w:val="22"/>
                <w:szCs w:val="22"/>
              </w:rPr>
              <w:t>Cześć</w:t>
            </w:r>
            <w:r w:rsidRPr="120FB28B" w:rsidR="74F63CF0">
              <w:rPr>
                <w:rFonts w:eastAsia="Calibri" w:cs="Calibri"/>
                <w:sz w:val="22"/>
                <w:szCs w:val="22"/>
              </w:rPr>
              <w:t xml:space="preserve"> ... - Ekspert ...</w:t>
            </w:r>
          </w:p>
        </w:tc>
        <w:tc>
          <w:tcPr>
            <w:tcW w:w="3042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:rsidRPr="00735923" w:rsidR="00ED0A16" w:rsidP="120FB28B" w:rsidRDefault="00000000" w14:paraId="2B6579FD" w14:textId="72F21A28">
            <w:pPr>
              <w:spacing w:after="0" w:line="240" w:lineRule="auto"/>
              <w:jc w:val="left"/>
              <w:rPr>
                <w:sz w:val="22"/>
                <w:szCs w:val="22"/>
                <w:lang w:val="pl-PL"/>
              </w:rPr>
            </w:pP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Imię i nazwisko: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……………………………………</w:t>
            </w:r>
            <w:r>
              <w:br/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Funkcja: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Ekspert z zakresu rozwoju miast</w:t>
            </w:r>
            <w:r w:rsidRPr="120FB28B" w:rsidR="00585DCA">
              <w:rPr>
                <w:rFonts w:eastAsia="Calibri" w:cs="Calibri"/>
                <w:sz w:val="22"/>
                <w:szCs w:val="22"/>
                <w:lang w:val="pl-PL"/>
              </w:rPr>
              <w:t xml:space="preserve">, </w:t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planowania przestrzennego</w:t>
            </w:r>
            <w:r w:rsidRPr="120FB28B" w:rsidR="00585DCA">
              <w:rPr>
                <w:rFonts w:eastAsia="Calibri" w:cs="Calibri"/>
                <w:sz w:val="22"/>
                <w:szCs w:val="22"/>
                <w:lang w:val="pl-PL"/>
              </w:rPr>
              <w:t xml:space="preserve">, </w:t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 xml:space="preserve">rewitalizacji </w:t>
            </w:r>
            <w:r w:rsidRPr="120FB28B" w:rsidR="00585DCA">
              <w:rPr>
                <w:rFonts w:eastAsia="Calibri" w:cs="Calibri"/>
                <w:sz w:val="22"/>
                <w:szCs w:val="22"/>
                <w:lang w:val="pl-PL"/>
              </w:rPr>
              <w:t>lub</w:t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 xml:space="preserve"> odbudowy</w:t>
            </w:r>
          </w:p>
        </w:tc>
        <w:tc>
          <w:tcPr>
            <w:tcW w:w="7056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ED0A16" w:rsidP="120FB28B" w:rsidRDefault="00000000" w14:paraId="6F05A5A4" w14:textId="77777777">
            <w:pPr>
              <w:spacing w:after="0" w:line="240" w:lineRule="auto"/>
              <w:jc w:val="left"/>
              <w:rPr>
                <w:rFonts w:eastAsia="Calibri" w:cs="Calibri"/>
                <w:sz w:val="22"/>
                <w:szCs w:val="22"/>
              </w:rPr>
            </w:pP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Wykazać spełnianie warunków z pkt VII Zapytania ofertowego oraz doświadczenie dodatkowe punktowane.</w:t>
            </w:r>
            <w:r>
              <w:br/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Opis doświadczenia wymaganego (dokumenty/projekty/rola/daty):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Szkolenia/warsztaty/prelekcje: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</w:rPr>
              <w:t xml:space="preserve">Projekt </w:t>
            </w:r>
            <w:r w:rsidRPr="120FB28B" w:rsidR="00000000">
              <w:rPr>
                <w:rFonts w:eastAsia="Calibri" w:cs="Calibri"/>
                <w:sz w:val="22"/>
                <w:szCs w:val="22"/>
              </w:rPr>
              <w:t>międzynarodowy</w:t>
            </w:r>
            <w:r w:rsidRPr="120FB28B" w:rsidR="00000000">
              <w:rPr>
                <w:rFonts w:eastAsia="Calibri" w:cs="Calibri"/>
                <w:sz w:val="22"/>
                <w:szCs w:val="22"/>
              </w:rPr>
              <w:t>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br/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</w:rPr>
              <w:t>Doświadczenie</w:t>
            </w:r>
            <w:r w:rsidRPr="120FB28B" w:rsidR="00000000">
              <w:rPr>
                <w:rFonts w:eastAsia="Calibri" w:cs="Calibri"/>
                <w:sz w:val="22"/>
                <w:szCs w:val="22"/>
              </w:rPr>
              <w:t xml:space="preserve"> dodatkowe punktowane ponad wymagania minimalne: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48" w:type="dxa"/>
            <w:tcMar>
              <w:top w:w="45" w:type="dxa"/>
              <w:left w:w="55" w:type="dxa"/>
              <w:bottom w:w="45" w:type="dxa"/>
              <w:right w:w="55" w:type="dxa"/>
            </w:tcMar>
          </w:tcPr>
          <w:p w:rsidR="00ED0A16" w:rsidP="120FB28B" w:rsidRDefault="00000000" w14:paraId="46B07066" w14:textId="53ED3490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br/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Podstawa dysponowania:</w:t>
            </w:r>
            <w:r>
              <w:br/>
            </w:r>
            <w:r w:rsidRPr="120FB28B" w:rsidR="00000000">
              <w:rPr>
                <w:rFonts w:eastAsia="Calibri" w:cs="Calibri"/>
                <w:sz w:val="22"/>
                <w:szCs w:val="22"/>
                <w:lang w:val="pl-PL"/>
              </w:rPr>
              <w:t>……………………………………</w:t>
            </w:r>
            <w:r>
              <w:br/>
            </w:r>
          </w:p>
        </w:tc>
      </w:tr>
    </w:tbl>
    <w:p w:rsidR="00585DCA" w:rsidP="120FB28B" w:rsidRDefault="00585DCA" w14:paraId="05B2E00E" w14:textId="77777777">
      <w:pPr>
        <w:spacing w:after="40" w:line="240" w:lineRule="auto"/>
        <w:rPr>
          <w:rFonts w:eastAsia="Calibri" w:cs="Calibri"/>
          <w:sz w:val="22"/>
          <w:szCs w:val="22"/>
          <w:lang w:val="pl-PL"/>
        </w:rPr>
      </w:pPr>
    </w:p>
    <w:p w:rsidRPr="00735923" w:rsidR="00ED0A16" w:rsidP="120FB28B" w:rsidRDefault="00000000" w14:paraId="76DED383" w14:textId="292EDBCC">
      <w:pPr>
        <w:spacing w:after="40" w:line="240" w:lineRule="auto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>Oświadczam/y, że wskazana osoba będzie uczestniczyć w realizacji zamówienia w zakresie i czasie niezbędnym do prawidłowego wykonania wskazanej części zamówienia.</w:t>
      </w:r>
    </w:p>
    <w:p w:rsidRPr="00735923" w:rsidR="00ED0A16" w:rsidP="120FB28B" w:rsidRDefault="00000000" w14:paraId="5D654665" w14:textId="77777777">
      <w:pPr>
        <w:spacing w:after="60" w:line="240" w:lineRule="auto"/>
        <w:jc w:val="lef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>…………….……. (miejscowość), dnia …………………. r.</w:t>
      </w:r>
    </w:p>
    <w:p w:rsidRPr="00735923" w:rsidR="00ED0A16" w:rsidP="120FB28B" w:rsidRDefault="00000000" w14:paraId="114A69A2" w14:textId="77777777">
      <w:pPr>
        <w:spacing w:after="0" w:line="240" w:lineRule="auto"/>
        <w:jc w:val="righ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sz w:val="22"/>
          <w:szCs w:val="22"/>
          <w:lang w:val="pl-PL"/>
        </w:rPr>
        <w:t>…………………………………………………………………………</w:t>
      </w:r>
    </w:p>
    <w:p w:rsidRPr="00735923" w:rsidR="00ED0A16" w:rsidP="120FB28B" w:rsidRDefault="00000000" w14:paraId="6EC336A1" w14:textId="77777777">
      <w:pPr>
        <w:spacing w:after="0" w:line="240" w:lineRule="auto"/>
        <w:jc w:val="right"/>
        <w:rPr>
          <w:sz w:val="22"/>
          <w:szCs w:val="22"/>
          <w:lang w:val="pl-PL"/>
        </w:rPr>
      </w:pPr>
      <w:r w:rsidRPr="120FB28B" w:rsidR="00000000">
        <w:rPr>
          <w:rFonts w:eastAsia="Calibri" w:cs="Calibri"/>
          <w:i w:val="1"/>
          <w:iCs w:val="1"/>
          <w:sz w:val="22"/>
          <w:szCs w:val="22"/>
          <w:lang w:val="pl-PL"/>
        </w:rPr>
        <w:t>(podpis osoby upoważnionej do reprezentowania Wykonawcy)</w:t>
      </w:r>
    </w:p>
    <w:sectPr w:rsidRPr="00735923" w:rsidR="00ED0A16" w:rsidSect="00034616">
      <w:headerReference w:type="default" r:id="rId8"/>
      <w:footerReference w:type="default" r:id="rId9"/>
      <w:pgSz w:w="15840" w:h="12240" w:orient="landscape"/>
      <w:pgMar w:top="1325" w:right="1138" w:bottom="1008" w:left="1138" w:header="187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4BA" w:rsidRDefault="00EE14BA" w14:paraId="1D051144" w14:textId="77777777">
      <w:pPr>
        <w:spacing w:after="0" w:line="240" w:lineRule="auto"/>
      </w:pPr>
      <w:r>
        <w:separator/>
      </w:r>
    </w:p>
  </w:endnote>
  <w:endnote w:type="continuationSeparator" w:id="0">
    <w:p w:rsidR="00EE14BA" w:rsidRDefault="00EE14BA" w14:paraId="0ED4F71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A16" w:rsidRDefault="00000000" w14:paraId="71530065" w14:textId="77777777">
    <w:pPr>
      <w:spacing w:after="0" w:line="240" w:lineRule="auto"/>
      <w:jc w:val="right"/>
    </w:pPr>
    <w:r>
      <w:rPr>
        <w:rFonts w:eastAsia="Calibri" w:cs="Calibri"/>
      </w:rPr>
      <w:fldChar w:fldCharType="begin"/>
    </w:r>
    <w:r>
      <w:rPr>
        <w:rFonts w:eastAsia="Calibri" w:cs="Calibri"/>
      </w:rPr>
      <w:instrText>PAGE</w:instrText>
    </w:r>
    <w:r w:rsidR="00735923">
      <w:rPr>
        <w:rFonts w:eastAsia="Calibri" w:cs="Calibri"/>
      </w:rPr>
      <w:fldChar w:fldCharType="separate"/>
    </w:r>
    <w:r w:rsidR="00735923">
      <w:rPr>
        <w:rFonts w:eastAsia="Calibri" w:cs="Calibri"/>
        <w:noProof/>
      </w:rPr>
      <w:t>1</w:t>
    </w:r>
    <w:r>
      <w:rPr>
        <w:rFonts w:eastAsia="Calibri" w:cs="Calibri"/>
      </w:rPr>
      <w:fldChar w:fldCharType="end"/>
    </w:r>
  </w:p>
  <w:p w:rsidRPr="00735923" w:rsidR="00ED0A16" w:rsidRDefault="00000000" w14:paraId="18430A05" w14:textId="77777777">
    <w:pPr>
      <w:spacing w:after="0" w:line="240" w:lineRule="auto"/>
      <w:jc w:val="left"/>
      <w:rPr>
        <w:lang w:val="pl-PL"/>
      </w:rPr>
    </w:pPr>
    <w:r w:rsidRPr="00735923">
      <w:rPr>
        <w:rFonts w:eastAsia="Calibri" w:cs="Calibri"/>
        <w:i/>
        <w:sz w:val="18"/>
        <w:lang w:val="pl-PL"/>
      </w:rPr>
      <w:t>Projekt współfinansowany w ramach polskiej współpracy rozwojowej Ministerstwa Spraw Zagranicznych RP.</w:t>
    </w:r>
  </w:p>
  <w:p w:rsidR="00ED0A16" w:rsidRDefault="00000000" w14:paraId="5EE427DF" w14:textId="77777777">
    <w:pPr>
      <w:spacing w:after="0" w:line="240" w:lineRule="auto"/>
      <w:jc w:val="left"/>
    </w:pPr>
    <w:hyperlink r:id="rId1">
      <w:r>
        <w:rPr>
          <w:i/>
          <w:color w:val="0000FF"/>
          <w:sz w:val="18"/>
          <w:u w:val="single"/>
        </w:rPr>
        <w:t>www.gov.pl/polskapomoc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4BA" w:rsidRDefault="00EE14BA" w14:paraId="4FA29DF6" w14:textId="77777777">
      <w:pPr>
        <w:spacing w:after="0" w:line="240" w:lineRule="auto"/>
      </w:pPr>
      <w:r>
        <w:separator/>
      </w:r>
    </w:p>
  </w:footnote>
  <w:footnote w:type="continuationSeparator" w:id="0">
    <w:p w:rsidR="00EE14BA" w:rsidRDefault="00EE14BA" w14:paraId="183FFC4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671"/>
      <w:gridCol w:w="3744"/>
      <w:gridCol w:w="3384"/>
    </w:tblGrid>
    <w:tr w:rsidR="00ED0A16" w14:paraId="1A0B5397" w14:textId="77777777">
      <w:trPr>
        <w:jc w:val="center"/>
      </w:trPr>
      <w:tc>
        <w:tcPr>
          <w:tcW w:w="3671" w:type="dxa"/>
          <w:vAlign w:val="center"/>
        </w:tcPr>
        <w:p w:rsidR="00ED0A16" w:rsidRDefault="00000000" w14:paraId="6C4795BC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2402F06E" wp14:editId="1FCE6150">
                <wp:extent cx="1177747" cy="47281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2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7747" cy="472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4" w:type="dxa"/>
          <w:vAlign w:val="center"/>
        </w:tcPr>
        <w:p w:rsidR="00ED0A16" w:rsidRDefault="00000000" w14:paraId="11483274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4B77FA20" wp14:editId="54C38314">
                <wp:extent cx="1484071" cy="4727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071" cy="472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4" w:type="dxa"/>
          <w:vAlign w:val="center"/>
        </w:tcPr>
        <w:p w:rsidR="00ED0A16" w:rsidRDefault="00000000" w14:paraId="19C44803" w14:textId="77777777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B886DDB" wp14:editId="6BEB515C">
                <wp:extent cx="662940" cy="534252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" cy="534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99014001">
    <w:abstractNumId w:val="8"/>
  </w:num>
  <w:num w:numId="2" w16cid:durableId="218252786">
    <w:abstractNumId w:val="6"/>
  </w:num>
  <w:num w:numId="3" w16cid:durableId="757100919">
    <w:abstractNumId w:val="5"/>
  </w:num>
  <w:num w:numId="4" w16cid:durableId="1139227401">
    <w:abstractNumId w:val="4"/>
  </w:num>
  <w:num w:numId="5" w16cid:durableId="621886924">
    <w:abstractNumId w:val="7"/>
  </w:num>
  <w:num w:numId="6" w16cid:durableId="649098300">
    <w:abstractNumId w:val="3"/>
  </w:num>
  <w:num w:numId="7" w16cid:durableId="666058333">
    <w:abstractNumId w:val="2"/>
  </w:num>
  <w:num w:numId="8" w16cid:durableId="910391554">
    <w:abstractNumId w:val="1"/>
  </w:num>
  <w:num w:numId="9" w16cid:durableId="26635649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000"/>
    <w:rsid w:val="00034616"/>
    <w:rsid w:val="0006063C"/>
    <w:rsid w:val="0015074B"/>
    <w:rsid w:val="0029639D"/>
    <w:rsid w:val="00326F90"/>
    <w:rsid w:val="00585DCA"/>
    <w:rsid w:val="00735923"/>
    <w:rsid w:val="00AA1D8D"/>
    <w:rsid w:val="00B47730"/>
    <w:rsid w:val="00CB0664"/>
    <w:rsid w:val="00E035A3"/>
    <w:rsid w:val="00ED0A16"/>
    <w:rsid w:val="00EE14BA"/>
    <w:rsid w:val="00FC693F"/>
    <w:rsid w:val="04A5E4A2"/>
    <w:rsid w:val="0EEF4D51"/>
    <w:rsid w:val="120FB28B"/>
    <w:rsid w:val="2CBE29FA"/>
    <w:rsid w:val="2D3354F0"/>
    <w:rsid w:val="439EDD16"/>
    <w:rsid w:val="4416A0BB"/>
    <w:rsid w:val="59BAEA6A"/>
    <w:rsid w:val="66735074"/>
    <w:rsid w:val="742E7B1D"/>
    <w:rsid w:val="74F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C1E1E"/>
  <w14:defaultImageDpi w14:val="300"/>
  <w15:docId w15:val="{62AA275F-FD82-45E6-B047-ED44FE7281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FC693F"/>
    <w:pPr>
      <w:spacing w:after="80"/>
      <w:jc w:val="both"/>
    </w:pPr>
    <w:rPr>
      <w:rFonts w:ascii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gwek2Znak" w:customStyle="1">
    <w:name w:val="Nagłówek 2 Znak"/>
    <w:basedOn w:val="Domylnaczcionkaakapitu"/>
    <w:link w:val="Nagwek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gwek3Znak" w:customStyle="1">
    <w:name w:val="Nagłówek 3 Znak"/>
    <w:basedOn w:val="Domylnaczcionkaakapitu"/>
    <w:link w:val="Nagwek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tytuZnak" w:customStyle="1">
    <w:name w:val="Podtytuł Znak"/>
    <w:basedOn w:val="Domylnaczcionkaakapitu"/>
    <w:link w:val="Podtytu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kstpodstawowy3Znak" w:customStyle="1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aZnak" w:customStyle="1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styleId="CytatZnak" w:customStyle="1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zatHeading" w:customStyle="1">
    <w:name w:val="CzatHeading"/>
    <w:basedOn w:val="Normalny"/>
    <w:pPr>
      <w:keepNext/>
    </w:pPr>
    <w:rPr>
      <w:b/>
    </w:rPr>
  </w:style>
  <w:style w:type="paragraph" w:styleId="CzatSubHeading" w:customStyle="1">
    <w:name w:val="CzatSubHeading"/>
    <w:basedOn w:val="Normalny"/>
    <w:pPr>
      <w:keepNext/>
    </w:pPr>
    <w:rPr>
      <w:b/>
    </w:rPr>
  </w:style>
  <w:style w:type="paragraph" w:styleId="CzatTitle" w:customStyle="1">
    <w:name w:val="CzatTitle"/>
    <w:basedOn w:val="Normalny"/>
    <w:pPr>
      <w:spacing w:after="160"/>
    </w:pPr>
    <w:rPr>
      <w:b/>
      <w:sz w:val="24"/>
    </w:rPr>
  </w:style>
  <w:style w:type="paragraph" w:styleId="CzatSmall" w:customStyle="1">
    <w:name w:val="CzatSmall"/>
    <w:basedOn w:val="Normalny"/>
    <w:pPr>
      <w:spacing w:after="240" w:line="240" w:lineRule="auto"/>
      <w:jc w:val="center"/>
    </w:pPr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polskapomoc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5EE07593FC0247B1A0109C9F06B4CB" ma:contentTypeVersion="3" ma:contentTypeDescription="Utwórz nowy dokument." ma:contentTypeScope="" ma:versionID="a1a853650d19505a46f810dc017a35cd">
  <xsd:schema xmlns:xsd="http://www.w3.org/2001/XMLSchema" xmlns:xs="http://www.w3.org/2001/XMLSchema" xmlns:p="http://schemas.microsoft.com/office/2006/metadata/properties" xmlns:ns2="e87e1c1c-ab1a-45e9-9975-86c4289eb5a3" targetNamespace="http://schemas.microsoft.com/office/2006/metadata/properties" ma:root="true" ma:fieldsID="ae8cb11550da93ce840d639e68d6b255" ns2:_="">
    <xsd:import namespace="e87e1c1c-ab1a-45e9-9975-86c4289e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e1c1c-ab1a-45e9-9975-86c4289eb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2B6466-6CF2-406E-8691-D8D8AC884231}"/>
</file>

<file path=customXml/itemProps3.xml><?xml version="1.0" encoding="utf-8"?>
<ds:datastoreItem xmlns:ds="http://schemas.openxmlformats.org/officeDocument/2006/customXml" ds:itemID="{F4C216ED-2C72-412C-A922-00C70C1FDA1D}"/>
</file>

<file path=customXml/itemProps4.xml><?xml version="1.0" encoding="utf-8"?>
<ds:datastoreItem xmlns:ds="http://schemas.openxmlformats.org/officeDocument/2006/customXml" ds:itemID="{27AC36A8-89E0-4FC7-BB30-990B5709C18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– Wykaz osób 2026</dc:title>
  <dc:subject>Zamówienie na usługi ekspertów z Ukrainy w projekcie IRMiR/MFiPR 2026</dc:subject>
  <dc:creator>Aleksandra Jadach-Sepioło</dc:creator>
  <cp:keywords/>
  <dc:description/>
  <cp:lastModifiedBy>Ewelina Orzełowska</cp:lastModifiedBy>
  <cp:revision>4</cp:revision>
  <dcterms:created xsi:type="dcterms:W3CDTF">2013-12-23T23:15:00Z</dcterms:created>
  <dcterms:modified xsi:type="dcterms:W3CDTF">2026-08-12T10:59:21Z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0x010100055EE07593FC0247B1A0109C9F06B4CB</vt:lpwstr>
  </property>
</Properties>
</file>