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E4141" w:rsidR="003674E3" w:rsidRDefault="00000000" w14:paraId="0B63DBC8" w14:textId="77777777">
      <w:pPr>
        <w:pStyle w:val="CzatSmall"/>
        <w:rPr>
          <w:lang w:val="pl-PL"/>
        </w:rPr>
      </w:pPr>
      <w:r w:rsidRPr="006E4141">
        <w:rPr>
          <w:rFonts w:eastAsia="Calibri" w:cs="Calibri"/>
          <w:lang w:val="pl-PL"/>
        </w:rPr>
        <w:t>Projekt Ministerstwa Funduszy i Polityki Regionalnej RP nr DWR/ADM 2025/017/3 pn. „Planowanie odbudowy miast i wspólnot terytorialnych – wsparcie administracji publicznej w Ukrainie w implementacji Państwowej Strategii Rozwoju Regionalnego do 2027 roku”, współfinansowanego przez Ministerstwo Spraw Zagranicznych RP w ramach polskiej współpracy rozwojowej Ministerstwa Spraw Zagranicznych na 2026 r.</w:t>
      </w:r>
    </w:p>
    <w:p w:rsidRPr="006E4141" w:rsidR="003674E3" w:rsidRDefault="00000000" w14:paraId="10F33F08" w14:textId="77777777">
      <w:pPr>
        <w:spacing w:after="240"/>
        <w:jc w:val="left"/>
        <w:rPr>
          <w:lang w:val="pl-PL"/>
        </w:rPr>
      </w:pPr>
      <w:r w:rsidRPr="006E4141">
        <w:rPr>
          <w:rFonts w:eastAsia="Calibri" w:cs="Calibri"/>
          <w:b/>
          <w:lang w:val="pl-PL"/>
        </w:rPr>
        <w:t>Załącznik nr 3 do Zapytania ofertowego</w:t>
      </w:r>
    </w:p>
    <w:p w:rsidRPr="006E4141" w:rsidR="003674E3" w:rsidP="739504F6" w:rsidRDefault="00000000" w14:paraId="5EC5D24C" w14:textId="77777777">
      <w:pPr>
        <w:spacing w:after="0" w:line="240" w:lineRule="auto"/>
        <w:jc w:val="right"/>
        <w:rPr>
          <w:lang w:val="pl-PL"/>
        </w:rPr>
      </w:pPr>
      <w:r w:rsidRPr="739504F6" w:rsidR="00000000">
        <w:rPr>
          <w:rFonts w:eastAsia="Calibri" w:cs="Calibri"/>
          <w:b w:val="1"/>
          <w:bCs w:val="1"/>
          <w:lang w:val="pl-PL"/>
        </w:rPr>
        <w:t>Zamawiający:</w:t>
      </w:r>
    </w:p>
    <w:p w:rsidRPr="006E4141" w:rsidR="003674E3" w:rsidP="739504F6" w:rsidRDefault="00000000" w14:paraId="662196E2" w14:textId="77777777">
      <w:pPr>
        <w:spacing w:after="0" w:line="240" w:lineRule="auto"/>
        <w:jc w:val="right"/>
        <w:rPr>
          <w:lang w:val="pl-PL"/>
        </w:rPr>
      </w:pPr>
      <w:r w:rsidRPr="739504F6" w:rsidR="00000000">
        <w:rPr>
          <w:rFonts w:eastAsia="Calibri" w:cs="Calibri"/>
          <w:b w:val="1"/>
          <w:bCs w:val="1"/>
          <w:lang w:val="pl-PL"/>
        </w:rPr>
        <w:t>Instytut Rozwoju Miast i Regionów</w:t>
      </w:r>
    </w:p>
    <w:p w:rsidRPr="006E4141" w:rsidR="003674E3" w:rsidP="739504F6" w:rsidRDefault="00000000" w14:paraId="31A63DCF" w14:textId="77777777">
      <w:pPr>
        <w:spacing w:after="0" w:line="240" w:lineRule="auto"/>
        <w:jc w:val="right"/>
        <w:rPr>
          <w:lang w:val="pl-PL"/>
        </w:rPr>
      </w:pPr>
      <w:r w:rsidRPr="739504F6" w:rsidR="00000000">
        <w:rPr>
          <w:rFonts w:eastAsia="Calibri" w:cs="Calibri"/>
          <w:b w:val="1"/>
          <w:bCs w:val="1"/>
          <w:lang w:val="pl-PL"/>
        </w:rPr>
        <w:t>ul. Targowa 45</w:t>
      </w:r>
    </w:p>
    <w:p w:rsidRPr="006E4141" w:rsidR="003674E3" w:rsidP="739504F6" w:rsidRDefault="00000000" w14:paraId="519E02A5" w14:textId="77777777">
      <w:pPr>
        <w:spacing w:after="0" w:line="240" w:lineRule="auto"/>
        <w:jc w:val="right"/>
        <w:rPr>
          <w:lang w:val="pl-PL"/>
        </w:rPr>
      </w:pPr>
      <w:r w:rsidRPr="739504F6" w:rsidR="00000000">
        <w:rPr>
          <w:rFonts w:eastAsia="Calibri" w:cs="Calibri"/>
          <w:b w:val="1"/>
          <w:bCs w:val="1"/>
          <w:lang w:val="pl-PL"/>
        </w:rPr>
        <w:t>03-728 Warszawa</w:t>
      </w:r>
    </w:p>
    <w:p w:rsidRPr="006E4141" w:rsidR="003674E3" w:rsidRDefault="003674E3" w14:paraId="35D8429E" w14:textId="77777777">
      <w:pPr>
        <w:spacing w:line="240" w:lineRule="auto"/>
        <w:rPr>
          <w:lang w:val="pl-PL"/>
        </w:rPr>
      </w:pPr>
    </w:p>
    <w:p w:rsidRPr="006E4141" w:rsidR="003674E3" w:rsidP="739504F6" w:rsidRDefault="00000000" w14:paraId="44807699" w14:textId="77777777">
      <w:pPr>
        <w:spacing w:after="240"/>
        <w:jc w:val="center"/>
        <w:rPr>
          <w:lang w:val="pl-PL"/>
        </w:rPr>
      </w:pPr>
      <w:r w:rsidRPr="739504F6" w:rsidR="00000000">
        <w:rPr>
          <w:rFonts w:eastAsia="Calibri" w:cs="Calibri"/>
          <w:b w:val="1"/>
          <w:bCs w:val="1"/>
          <w:lang w:val="pl-PL"/>
        </w:rPr>
        <w:t>OŚWIADCZENIE WYKONAWCY</w:t>
      </w:r>
    </w:p>
    <w:p w:rsidRPr="006E4141" w:rsidR="003674E3" w:rsidRDefault="00000000" w14:paraId="0F52A533" w14:textId="77777777">
      <w:pPr>
        <w:spacing w:after="40" w:line="240" w:lineRule="auto"/>
        <w:rPr>
          <w:lang w:val="pl-PL"/>
        </w:rPr>
      </w:pPr>
      <w:r w:rsidRPr="006E4141">
        <w:rPr>
          <w:rFonts w:eastAsia="Calibri" w:cs="Calibri"/>
          <w:lang w:val="pl-PL"/>
        </w:rPr>
        <w:t>Ja/my niżej podpisani:</w:t>
      </w:r>
    </w:p>
    <w:p w:rsidRPr="006E4141" w:rsidR="003674E3" w:rsidRDefault="00000000" w14:paraId="7098524B" w14:textId="77777777">
      <w:pPr>
        <w:spacing w:after="40" w:line="240" w:lineRule="auto"/>
        <w:rPr>
          <w:lang w:val="pl-PL"/>
        </w:rPr>
      </w:pPr>
      <w:r w:rsidRPr="006E4141">
        <w:rPr>
          <w:rFonts w:eastAsia="Calibri" w:cs="Calibri"/>
          <w:lang w:val="pl-PL"/>
        </w:rPr>
        <w:t>…………………………………………………………………………………………………</w:t>
      </w:r>
    </w:p>
    <w:p w:rsidRPr="006E4141" w:rsidR="003674E3" w:rsidRDefault="00000000" w14:paraId="1E99ED00" w14:textId="77777777">
      <w:pPr>
        <w:spacing w:after="40" w:line="240" w:lineRule="auto"/>
        <w:rPr>
          <w:lang w:val="pl-PL"/>
        </w:rPr>
      </w:pPr>
      <w:r w:rsidRPr="006E4141">
        <w:rPr>
          <w:rFonts w:eastAsia="Calibri" w:cs="Calibri"/>
          <w:i/>
          <w:sz w:val="20"/>
          <w:lang w:val="pl-PL"/>
        </w:rPr>
        <w:t>(imię, nazwisko, stanowisko/podstawa do reprezentacji)</w:t>
      </w:r>
    </w:p>
    <w:p w:rsidRPr="006E4141" w:rsidR="003674E3" w:rsidRDefault="003674E3" w14:paraId="1225E641" w14:textId="77777777">
      <w:pPr>
        <w:spacing w:after="40" w:line="240" w:lineRule="auto"/>
        <w:rPr>
          <w:lang w:val="pl-PL"/>
        </w:rPr>
      </w:pPr>
    </w:p>
    <w:p w:rsidRPr="006E4141" w:rsidR="003674E3" w:rsidRDefault="00000000" w14:paraId="52FF0981" w14:textId="77777777">
      <w:pPr>
        <w:spacing w:after="40" w:line="240" w:lineRule="auto"/>
        <w:rPr>
          <w:lang w:val="pl-PL"/>
        </w:rPr>
      </w:pPr>
      <w:r w:rsidRPr="006E4141">
        <w:rPr>
          <w:rFonts w:eastAsia="Calibri" w:cs="Calibri"/>
          <w:lang w:val="pl-PL"/>
        </w:rPr>
        <w:t>działając w imieniu i na rzecz:</w:t>
      </w:r>
    </w:p>
    <w:p w:rsidRPr="006E4141" w:rsidR="003674E3" w:rsidRDefault="00000000" w14:paraId="1D1C750E" w14:textId="77777777">
      <w:pPr>
        <w:spacing w:after="40" w:line="240" w:lineRule="auto"/>
        <w:rPr>
          <w:lang w:val="pl-PL"/>
        </w:rPr>
      </w:pPr>
      <w:r w:rsidRPr="006E4141">
        <w:rPr>
          <w:rFonts w:eastAsia="Calibri" w:cs="Calibri"/>
          <w:lang w:val="pl-PL"/>
        </w:rPr>
        <w:t>................................................................................................................................</w:t>
      </w:r>
    </w:p>
    <w:p w:rsidRPr="006E4141" w:rsidR="003674E3" w:rsidRDefault="00000000" w14:paraId="67C34FBC" w14:textId="77777777">
      <w:pPr>
        <w:spacing w:after="40" w:line="240" w:lineRule="auto"/>
        <w:rPr>
          <w:lang w:val="pl-PL"/>
        </w:rPr>
      </w:pPr>
      <w:r w:rsidRPr="006E4141">
        <w:rPr>
          <w:rFonts w:eastAsia="Calibri" w:cs="Calibri"/>
          <w:lang w:val="pl-PL"/>
        </w:rPr>
        <w:t>................................................................................................................................</w:t>
      </w:r>
    </w:p>
    <w:p w:rsidRPr="006E4141" w:rsidR="003674E3" w:rsidRDefault="00000000" w14:paraId="4AD6BB3C" w14:textId="77777777">
      <w:pPr>
        <w:spacing w:after="40" w:line="240" w:lineRule="auto"/>
        <w:rPr>
          <w:lang w:val="pl-PL"/>
        </w:rPr>
      </w:pPr>
      <w:r w:rsidRPr="006E4141">
        <w:rPr>
          <w:rFonts w:eastAsia="Calibri" w:cs="Calibri"/>
          <w:i/>
          <w:sz w:val="20"/>
          <w:lang w:val="pl-PL"/>
        </w:rPr>
        <w:t>(pełna nazwa/firma, adres, w zależności od podmiotu: NIP/PESEL, KRS/CEiDG)</w:t>
      </w:r>
    </w:p>
    <w:p w:rsidRPr="006E4141" w:rsidR="003674E3" w:rsidRDefault="00000000" w14:paraId="2AD9C1C4" w14:textId="4C8C2D15">
      <w:pPr>
        <w:rPr>
          <w:lang w:val="pl-PL"/>
        </w:rPr>
      </w:pPr>
      <w:r w:rsidRPr="739504F6" w:rsidR="00000000">
        <w:rPr>
          <w:rFonts w:eastAsia="Calibri" w:cs="Calibri"/>
          <w:lang w:val="pl-PL"/>
        </w:rPr>
        <w:t xml:space="preserve">ubiegając się o udzielenie zamówienia, którego przedmiotem jest </w:t>
      </w:r>
      <w:r w:rsidRPr="739504F6" w:rsidR="00000000">
        <w:rPr>
          <w:rFonts w:eastAsia="Calibri" w:cs="Calibri"/>
          <w:b w:val="1"/>
          <w:bCs w:val="1"/>
          <w:lang w:val="pl-PL"/>
        </w:rPr>
        <w:t xml:space="preserve">usługa polegająca na usługi polegającej na wsparciu doradczym, organizacyjnym i technicznym </w:t>
      </w:r>
      <w:r w:rsidRPr="739504F6" w:rsidR="00000000">
        <w:rPr>
          <w:rFonts w:eastAsia="Calibri" w:cs="Calibri"/>
          <w:b w:val="1"/>
          <w:bCs w:val="1"/>
          <w:lang w:val="pl-PL"/>
        </w:rPr>
        <w:t>IRMiR</w:t>
      </w:r>
      <w:r w:rsidRPr="739504F6" w:rsidR="00000000">
        <w:rPr>
          <w:rFonts w:eastAsia="Calibri" w:cs="Calibri"/>
          <w:b w:val="1"/>
          <w:bCs w:val="1"/>
          <w:lang w:val="pl-PL"/>
        </w:rPr>
        <w:t xml:space="preserve"> w realizacji działań projektu w 2026 r., w szczególności w zakresie pilotażu koordynacji dokumentów planistycznych, wdrażania Programów Kompleksowej Odbudowy, organizacji wizyt studyjnych, opracowania modelu instytucji wspierającej rząd i samorządy w zarządzaniu miastami oraz obsługi posiedzeń Komitetu Sterującego</w:t>
      </w:r>
      <w:r w:rsidRPr="739504F6" w:rsidR="00000000">
        <w:rPr>
          <w:rFonts w:eastAsia="Calibri" w:cs="Calibri"/>
          <w:lang w:val="pl-PL"/>
        </w:rPr>
        <w:t>,</w:t>
      </w:r>
    </w:p>
    <w:p w:rsidRPr="006E4141" w:rsidR="003674E3" w:rsidP="739504F6" w:rsidRDefault="00000000" w14:paraId="7EEB554A" w14:textId="6EAEABB7">
      <w:pPr>
        <w:pStyle w:val="Akapitzlist"/>
        <w:numPr>
          <w:ilvl w:val="0"/>
          <w:numId w:val="10"/>
        </w:numPr>
        <w:spacing w:before="120"/>
        <w:jc w:val="left"/>
        <w:rPr>
          <w:rFonts w:eastAsia="Calibri" w:cs="Calibri"/>
          <w:b w:val="1"/>
          <w:bCs w:val="1"/>
          <w:lang w:val="pl-PL"/>
        </w:rPr>
      </w:pPr>
      <w:r w:rsidRPr="739504F6" w:rsidR="00000000">
        <w:rPr>
          <w:rFonts w:eastAsia="Calibri" w:cs="Calibri"/>
          <w:b w:val="1"/>
          <w:bCs w:val="1"/>
          <w:lang w:val="pl-PL"/>
        </w:rPr>
        <w:t>Oświadczenie Wykonawcy o spełnianiu warunków udziału w postępowaniu</w:t>
      </w:r>
    </w:p>
    <w:p w:rsidRPr="006E4141" w:rsidR="003674E3" w:rsidRDefault="00000000" w14:paraId="2533F6F7" w14:textId="77777777">
      <w:pPr>
        <w:rPr>
          <w:lang w:val="pl-PL"/>
        </w:rPr>
      </w:pPr>
      <w:r w:rsidRPr="006E4141">
        <w:rPr>
          <w:rFonts w:eastAsia="Calibri" w:cs="Calibri"/>
          <w:lang w:val="pl-PL"/>
        </w:rPr>
        <w:t>Oświadczam/y, że spełniam/y warunki udziału w postępowaniu określone w Zapytaniu ofertowym.</w:t>
      </w:r>
    </w:p>
    <w:p w:rsidRPr="006E4141" w:rsidR="003674E3" w:rsidRDefault="00000000" w14:paraId="5596179A" w14:textId="77777777">
      <w:pPr>
        <w:spacing w:after="360" w:line="240" w:lineRule="auto"/>
        <w:jc w:val="left"/>
        <w:rPr>
          <w:lang w:val="pl-PL"/>
        </w:rPr>
      </w:pPr>
      <w:r w:rsidRPr="006E4141">
        <w:rPr>
          <w:rFonts w:eastAsia="Calibri" w:cs="Calibri"/>
          <w:lang w:val="pl-PL"/>
        </w:rPr>
        <w:t>…………….……. (miejscowość), dnia …………………. r.</w:t>
      </w:r>
    </w:p>
    <w:p w:rsidRPr="006E4141" w:rsidR="003674E3" w:rsidRDefault="00000000" w14:paraId="7A145FC9" w14:textId="77777777">
      <w:pPr>
        <w:spacing w:after="0" w:line="240" w:lineRule="auto"/>
        <w:jc w:val="right"/>
        <w:rPr>
          <w:lang w:val="pl-PL"/>
        </w:rPr>
      </w:pPr>
      <w:r w:rsidRPr="006E4141">
        <w:rPr>
          <w:rFonts w:eastAsia="Calibri" w:cs="Calibri"/>
          <w:lang w:val="pl-PL"/>
        </w:rPr>
        <w:t>…………………………………………</w:t>
      </w:r>
    </w:p>
    <w:p w:rsidRPr="006E4141" w:rsidR="003674E3" w:rsidRDefault="00000000" w14:paraId="7AAB90FC" w14:textId="77777777">
      <w:pPr>
        <w:spacing w:after="240" w:line="240" w:lineRule="auto"/>
        <w:jc w:val="right"/>
        <w:rPr>
          <w:lang w:val="pl-PL"/>
        </w:rPr>
      </w:pPr>
      <w:r w:rsidRPr="006E4141">
        <w:rPr>
          <w:rFonts w:eastAsia="Calibri" w:cs="Calibri"/>
          <w:i/>
          <w:sz w:val="20"/>
          <w:lang w:val="pl-PL"/>
        </w:rPr>
        <w:t>(podpis)</w:t>
      </w:r>
    </w:p>
    <w:p w:rsidRPr="006E4141" w:rsidR="003674E3" w:rsidP="739504F6" w:rsidRDefault="00000000" w14:paraId="22E61433" w14:textId="08A7ACC5">
      <w:pPr>
        <w:pStyle w:val="Akapitzlist"/>
        <w:numPr>
          <w:ilvl w:val="0"/>
          <w:numId w:val="10"/>
        </w:numPr>
        <w:spacing w:before="120"/>
        <w:jc w:val="left"/>
        <w:rPr>
          <w:b w:val="1"/>
          <w:bCs w:val="1"/>
          <w:lang w:val="pl-PL"/>
        </w:rPr>
      </w:pPr>
      <w:r w:rsidRPr="739504F6" w:rsidR="00000000">
        <w:rPr>
          <w:rFonts w:eastAsia="Calibri" w:cs="Calibri"/>
          <w:b w:val="1"/>
          <w:bCs w:val="1"/>
          <w:lang w:val="pl-PL"/>
        </w:rPr>
        <w:t>Oświadczenie Wykonawcy o niepodleganiu wykluczeniu z postępowania</w:t>
      </w:r>
    </w:p>
    <w:p w:rsidRPr="006E4141" w:rsidR="003674E3" w:rsidRDefault="00000000" w14:paraId="6FA1BDB8" w14:textId="77777777">
      <w:pPr>
        <w:rPr>
          <w:lang w:val="pl-PL"/>
        </w:rPr>
      </w:pPr>
      <w:r w:rsidRPr="006E4141">
        <w:rPr>
          <w:rFonts w:eastAsia="Calibri" w:cs="Calibri"/>
          <w:lang w:val="pl-PL"/>
        </w:rPr>
        <w:t>Oświadczam/y, że nie podlegam/y wykluczeniu z postępowania na podstawie art. 108 ust. 1 ustawy Prawo zamówień publicznych.</w:t>
      </w:r>
    </w:p>
    <w:p w:rsidRPr="006E4141" w:rsidR="003674E3" w:rsidRDefault="00000000" w14:paraId="2AF829D7" w14:textId="77777777">
      <w:pPr>
        <w:rPr>
          <w:lang w:val="pl-PL"/>
        </w:rPr>
      </w:pPr>
      <w:r w:rsidRPr="006E4141">
        <w:rPr>
          <w:rFonts w:eastAsia="Calibri" w:cs="Calibri"/>
          <w:lang w:val="pl-PL"/>
        </w:rPr>
        <w:lastRenderedPageBreak/>
        <w:t>Oświadczam/y, że nie podlegam/y wykluczeniu z postępowania na podstawie art. 109 ust. 1 pkt 4 ustawy Prawo zamówień publicznych.</w:t>
      </w:r>
    </w:p>
    <w:p w:rsidRPr="006E4141" w:rsidR="003674E3" w:rsidRDefault="00000000" w14:paraId="0D69E976" w14:textId="77777777">
      <w:pPr>
        <w:rPr>
          <w:lang w:val="pl-PL"/>
        </w:rPr>
      </w:pPr>
      <w:r w:rsidRPr="006E4141">
        <w:rPr>
          <w:rFonts w:eastAsia="Calibri" w:cs="Calibri"/>
          <w:lang w:val="pl-PL"/>
        </w:rPr>
        <w:t>Oświadczam/y, że nie podlegam/y wykluczeniu z postępowania na podstawie art. 7 ust. 1 pkt 1, 2 i 3 ustawy z dnia 13 kwietnia 2022 r. o szczególnych rozwiązaniach w zakresie przeciwdziałania wspieraniu agresji na Ukrainę oraz służących ochronie bezpieczeństwa narodowego (t.j. Dz. U. z 2025 r. poz. 514 z późn. zm.).</w:t>
      </w:r>
    </w:p>
    <w:p w:rsidRPr="006E4141" w:rsidR="003674E3" w:rsidRDefault="00000000" w14:paraId="332E0ADE" w14:textId="77777777">
      <w:pPr>
        <w:rPr>
          <w:lang w:val="pl-PL"/>
        </w:rPr>
      </w:pPr>
      <w:r w:rsidRPr="739504F6" w:rsidR="00000000">
        <w:rPr>
          <w:rFonts w:eastAsia="Calibri" w:cs="Calibri"/>
          <w:lang w:val="pl-PL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739504F6" w:rsidP="739504F6" w:rsidRDefault="739504F6" w14:paraId="423A3E50" w14:textId="52C47258">
      <w:pPr>
        <w:spacing w:after="360" w:line="240" w:lineRule="auto"/>
        <w:jc w:val="left"/>
        <w:rPr>
          <w:rFonts w:eastAsia="Calibri" w:cs="Calibri"/>
        </w:rPr>
      </w:pPr>
    </w:p>
    <w:p w:rsidR="003674E3" w:rsidRDefault="00000000" w14:paraId="0863A691" w14:textId="77777777">
      <w:pPr>
        <w:spacing w:after="360" w:line="240" w:lineRule="auto"/>
        <w:jc w:val="left"/>
      </w:pPr>
      <w:r>
        <w:rPr>
          <w:rFonts w:eastAsia="Calibri" w:cs="Calibri"/>
        </w:rPr>
        <w:t>…………….……. (miejscowość), dnia …………………. r.</w:t>
      </w:r>
    </w:p>
    <w:p w:rsidR="003674E3" w:rsidRDefault="00000000" w14:paraId="71F9B9D3" w14:textId="77777777">
      <w:pPr>
        <w:spacing w:after="0" w:line="240" w:lineRule="auto"/>
        <w:jc w:val="right"/>
      </w:pPr>
      <w:r>
        <w:rPr>
          <w:rFonts w:eastAsia="Calibri" w:cs="Calibri"/>
        </w:rPr>
        <w:t>…………………………………………</w:t>
      </w:r>
    </w:p>
    <w:p w:rsidR="003674E3" w:rsidRDefault="00000000" w14:paraId="145AD9DA" w14:textId="77777777">
      <w:pPr>
        <w:spacing w:line="240" w:lineRule="auto"/>
        <w:jc w:val="right"/>
      </w:pPr>
      <w:r>
        <w:rPr>
          <w:rFonts w:eastAsia="Calibri" w:cs="Calibri"/>
          <w:i/>
          <w:sz w:val="20"/>
        </w:rPr>
        <w:t>(podpis)</w:t>
      </w:r>
    </w:p>
    <w:sectPr w:rsidR="003674E3" w:rsidSect="00034616">
      <w:headerReference w:type="default" r:id="rId8"/>
      <w:footerReference w:type="default" r:id="rId9"/>
      <w:pgSz w:w="12240" w:h="15840" w:orient="portrait"/>
      <w:pgMar w:top="1390" w:right="1822" w:bottom="1152" w:left="1850" w:header="187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0592" w:rsidRDefault="00ED0592" w14:paraId="3AB82431" w14:textId="77777777">
      <w:pPr>
        <w:spacing w:after="0" w:line="240" w:lineRule="auto"/>
      </w:pPr>
      <w:r>
        <w:separator/>
      </w:r>
    </w:p>
  </w:endnote>
  <w:endnote w:type="continuationSeparator" w:id="0">
    <w:p w:rsidR="00ED0592" w:rsidRDefault="00ED0592" w14:paraId="5A73700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74E3" w:rsidRDefault="00000000" w14:paraId="2A50899A" w14:textId="77777777">
    <w:pPr>
      <w:spacing w:after="0" w:line="240" w:lineRule="auto"/>
      <w:jc w:val="right"/>
    </w:pPr>
    <w:r>
      <w:rPr>
        <w:rFonts w:eastAsia="Calibri" w:cs="Calibri"/>
        <w:sz w:val="21"/>
      </w:rPr>
      <w:fldChar w:fldCharType="begin"/>
    </w:r>
    <w:r>
      <w:rPr>
        <w:rFonts w:eastAsia="Calibri" w:cs="Calibri"/>
        <w:sz w:val="21"/>
      </w:rPr>
      <w:instrText>PAGE</w:instrText>
    </w:r>
    <w:r w:rsidR="006E4141">
      <w:rPr>
        <w:rFonts w:eastAsia="Calibri" w:cs="Calibri"/>
        <w:sz w:val="21"/>
      </w:rPr>
      <w:fldChar w:fldCharType="separate"/>
    </w:r>
    <w:r w:rsidR="006E4141">
      <w:rPr>
        <w:rFonts w:eastAsia="Calibri" w:cs="Calibri"/>
        <w:noProof/>
        <w:sz w:val="21"/>
      </w:rPr>
      <w:t>1</w:t>
    </w:r>
    <w:r>
      <w:rPr>
        <w:rFonts w:eastAsia="Calibri" w:cs="Calibri"/>
        <w:sz w:val="21"/>
      </w:rPr>
      <w:fldChar w:fldCharType="end"/>
    </w:r>
  </w:p>
  <w:p w:rsidRPr="006E4141" w:rsidR="003674E3" w:rsidRDefault="00000000" w14:paraId="6EBBA79E" w14:textId="77777777">
    <w:pPr>
      <w:spacing w:after="0" w:line="240" w:lineRule="auto"/>
      <w:jc w:val="left"/>
      <w:rPr>
        <w:lang w:val="pl-PL"/>
      </w:rPr>
    </w:pPr>
    <w:r w:rsidRPr="006E4141">
      <w:rPr>
        <w:rFonts w:eastAsia="Calibri" w:cs="Calibri"/>
        <w:i/>
        <w:sz w:val="19"/>
        <w:lang w:val="pl-PL"/>
      </w:rPr>
      <w:t>Projekt współfinansowany w ramach polskiej współpracy rozwojowej Ministerstwa Spraw Zagranicznych RP.</w:t>
    </w:r>
  </w:p>
  <w:p w:rsidR="003674E3" w:rsidRDefault="00000000" w14:paraId="301A4DF6" w14:textId="77777777">
    <w:pPr>
      <w:spacing w:after="0" w:line="240" w:lineRule="auto"/>
      <w:jc w:val="left"/>
    </w:pPr>
    <w:hyperlink r:id="rId1">
      <w:r>
        <w:rPr>
          <w:i/>
          <w:color w:val="0000FF"/>
          <w:sz w:val="19"/>
          <w:u w:val="single"/>
        </w:rPr>
        <w:t>www.gov.pl/polskapomoc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0592" w:rsidRDefault="00ED0592" w14:paraId="6318BD90" w14:textId="77777777">
      <w:pPr>
        <w:spacing w:after="0" w:line="240" w:lineRule="auto"/>
      </w:pPr>
      <w:r>
        <w:separator/>
      </w:r>
    </w:p>
  </w:footnote>
  <w:footnote w:type="continuationSeparator" w:id="0">
    <w:p w:rsidR="00ED0592" w:rsidRDefault="00ED0592" w14:paraId="2B3C5E0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024"/>
      <w:gridCol w:w="3240"/>
      <w:gridCol w:w="2304"/>
    </w:tblGrid>
    <w:tr w:rsidR="003674E3" w14:paraId="0ECF3CB0" w14:textId="77777777">
      <w:trPr>
        <w:jc w:val="center"/>
      </w:trPr>
      <w:tc>
        <w:tcPr>
          <w:tcW w:w="3024" w:type="dxa"/>
          <w:vAlign w:val="center"/>
        </w:tcPr>
        <w:p w:rsidR="003674E3" w:rsidRDefault="00000000" w14:paraId="3E0C077A" w14:textId="77777777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34C933B5" wp14:editId="25D1744E">
                <wp:extent cx="1177747" cy="47281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747" cy="4728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0" w:type="dxa"/>
          <w:vAlign w:val="center"/>
        </w:tcPr>
        <w:p w:rsidR="003674E3" w:rsidRDefault="00000000" w14:paraId="6E87A7FD" w14:textId="77777777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6F67AE19" wp14:editId="778EE625">
                <wp:extent cx="1484071" cy="4727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1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4071" cy="472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dxa"/>
          <w:vAlign w:val="center"/>
        </w:tcPr>
        <w:p w:rsidR="003674E3" w:rsidRDefault="00000000" w14:paraId="6544787D" w14:textId="77777777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40201D64" wp14:editId="2B145A39">
                <wp:extent cx="662940" cy="534252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3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940" cy="534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6e42e88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0">
    <w:abstractNumId w:val="9"/>
  </w:num>
  <w:num w:numId="1" w16cid:durableId="243732600">
    <w:abstractNumId w:val="8"/>
  </w:num>
  <w:num w:numId="2" w16cid:durableId="306782107">
    <w:abstractNumId w:val="6"/>
  </w:num>
  <w:num w:numId="3" w16cid:durableId="1530756120">
    <w:abstractNumId w:val="5"/>
  </w:num>
  <w:num w:numId="4" w16cid:durableId="430398644">
    <w:abstractNumId w:val="4"/>
  </w:num>
  <w:num w:numId="5" w16cid:durableId="433325450">
    <w:abstractNumId w:val="7"/>
  </w:num>
  <w:num w:numId="6" w16cid:durableId="791168052">
    <w:abstractNumId w:val="3"/>
  </w:num>
  <w:num w:numId="7" w16cid:durableId="1124620739">
    <w:abstractNumId w:val="2"/>
  </w:num>
  <w:num w:numId="8" w16cid:durableId="2067338222">
    <w:abstractNumId w:val="1"/>
  </w:num>
  <w:num w:numId="9" w16cid:durableId="103241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00"/>
    <w:rsid w:val="00034616"/>
    <w:rsid w:val="0006063C"/>
    <w:rsid w:val="0015074B"/>
    <w:rsid w:val="0029639D"/>
    <w:rsid w:val="00326F90"/>
    <w:rsid w:val="003674E3"/>
    <w:rsid w:val="006E4141"/>
    <w:rsid w:val="00AA1D8D"/>
    <w:rsid w:val="00B47730"/>
    <w:rsid w:val="00CB0664"/>
    <w:rsid w:val="00E035A3"/>
    <w:rsid w:val="00ED0592"/>
    <w:rsid w:val="00FC693F"/>
    <w:rsid w:val="66751103"/>
    <w:rsid w:val="7395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3B7DB"/>
  <w14:defaultImageDpi w14:val="300"/>
  <w15:docId w15:val="{62AA275F-FD82-45E6-B047-ED44FE72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C693F"/>
    <w:pPr>
      <w:spacing w:after="120" w:line="360" w:lineRule="auto"/>
      <w:jc w:val="both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gwek2Znak" w:customStyle="1">
    <w:name w:val="Nagłówek 2 Znak"/>
    <w:basedOn w:val="Domylnaczcionkaakapitu"/>
    <w:link w:val="Nagwek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ytuZnak" w:customStyle="1">
    <w:name w:val="Tytuł Znak"/>
    <w:basedOn w:val="Domylnaczcionkaakapitu"/>
    <w:link w:val="Tytu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PodtytuZnak" w:customStyle="1">
    <w:name w:val="Podtytuł Znak"/>
    <w:basedOn w:val="Domylnaczcionkaakapitu"/>
    <w:link w:val="Podtytu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styleId="TekstpodstawowyZnak" w:customStyle="1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aZnak" w:customStyle="1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styleId="CytatZnak" w:customStyle="1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zatHeading" w:customStyle="1">
    <w:name w:val="CzatHeading"/>
    <w:basedOn w:val="Normalny"/>
    <w:pPr>
      <w:keepNext/>
      <w:spacing w:before="120"/>
    </w:pPr>
    <w:rPr>
      <w:b/>
    </w:rPr>
  </w:style>
  <w:style w:type="paragraph" w:styleId="CzatSubHeading" w:customStyle="1">
    <w:name w:val="CzatSubHeading"/>
    <w:basedOn w:val="Normalny"/>
    <w:pPr>
      <w:keepNext/>
      <w:spacing w:before="120"/>
    </w:pPr>
    <w:rPr>
      <w:b/>
    </w:rPr>
  </w:style>
  <w:style w:type="paragraph" w:styleId="CzatTitle" w:customStyle="1">
    <w:name w:val="CzatTitle"/>
    <w:basedOn w:val="Normalny"/>
    <w:pPr>
      <w:spacing w:after="240"/>
    </w:pPr>
    <w:rPr>
      <w:b/>
    </w:rPr>
  </w:style>
  <w:style w:type="paragraph" w:styleId="CzatSmall" w:customStyle="1">
    <w:name w:val="CzatSmall"/>
    <w:basedOn w:val="Normalny"/>
    <w:pPr>
      <w:spacing w:after="400" w:line="240" w:lineRule="auto"/>
      <w:jc w:val="center"/>
    </w:pPr>
    <w:rPr>
      <w:i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polskapomoc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5EE07593FC0247B1A0109C9F06B4CB" ma:contentTypeVersion="3" ma:contentTypeDescription="Utwórz nowy dokument." ma:contentTypeScope="" ma:versionID="a1a853650d19505a46f810dc017a35cd">
  <xsd:schema xmlns:xsd="http://www.w3.org/2001/XMLSchema" xmlns:xs="http://www.w3.org/2001/XMLSchema" xmlns:p="http://schemas.microsoft.com/office/2006/metadata/properties" xmlns:ns2="e87e1c1c-ab1a-45e9-9975-86c4289eb5a3" targetNamespace="http://schemas.microsoft.com/office/2006/metadata/properties" ma:root="true" ma:fieldsID="ae8cb11550da93ce840d639e68d6b255" ns2:_="">
    <xsd:import namespace="e87e1c1c-ab1a-45e9-9975-86c4289eb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e1c1c-ab1a-45e9-9975-86c4289eb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4E0B01-AF67-47BB-A2C2-3676A4C57392}"/>
</file>

<file path=customXml/itemProps3.xml><?xml version="1.0" encoding="utf-8"?>
<ds:datastoreItem xmlns:ds="http://schemas.openxmlformats.org/officeDocument/2006/customXml" ds:itemID="{7556601D-C5A6-4313-B3EC-543B9FEE5AA4}"/>
</file>

<file path=customXml/itemProps4.xml><?xml version="1.0" encoding="utf-8"?>
<ds:datastoreItem xmlns:ds="http://schemas.openxmlformats.org/officeDocument/2006/customXml" ds:itemID="{FE5A8471-5874-4DA8-951D-5BF6373837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– Oświadczenie Wykonawcy 2026</dc:title>
  <dc:subject>Zamówienie na usługi ekspertów z Ukrainy w projekcie IRMiR/MFiPR 2026</dc:subject>
  <dc:creator>Aleksandra Jadach-Sepioło</dc:creator>
  <cp:keywords/>
  <dc:description/>
  <cp:lastModifiedBy>Ewelina Orzełowska</cp:lastModifiedBy>
  <cp:revision>3</cp:revision>
  <dcterms:created xsi:type="dcterms:W3CDTF">2013-12-23T23:15:00Z</dcterms:created>
  <dcterms:modified xsi:type="dcterms:W3CDTF">2026-08-12T10:55:56Z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0x010100055EE07593FC0247B1A0109C9F06B4CB</vt:lpwstr>
  </property>
</Properties>
</file>