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4E99" w:rsidR="00077220" w:rsidRDefault="00000000" w14:paraId="09330946" w14:textId="77777777">
      <w:pPr>
        <w:pStyle w:val="CzatSmall"/>
        <w:rPr>
          <w:lang w:val="pl-PL"/>
        </w:rPr>
      </w:pPr>
      <w:r w:rsidRPr="00334E99">
        <w:rPr>
          <w:rFonts w:eastAsia="Calibri" w:cs="Calibri"/>
          <w:lang w:val="pl-PL"/>
        </w:rPr>
        <w:t>Projekt Ministerstwa Funduszy i Polityki Regionalnej RP nr DWR/ADM 2025/017/3 pn. „Planowanie odbudowy miast i wspólnot terytorialnych – wsparcie administracji publicznej w Ukrainie w implementacji Państwowej Strategii Rozwoju Regionalnego do 2027 roku”, współfinansowanego przez Ministerstwo Spraw Zagranicznych RP w ramach polskiej współpracy rozwojowej Ministerstwa Spraw Zagranicznych na 2026 r.</w:t>
      </w:r>
    </w:p>
    <w:p w:rsidRPr="00334E99" w:rsidR="00077220" w:rsidRDefault="00000000" w14:paraId="05F78126" w14:textId="77777777">
      <w:pPr>
        <w:spacing w:after="240"/>
        <w:jc w:val="left"/>
        <w:rPr>
          <w:lang w:val="pl-PL"/>
        </w:rPr>
      </w:pPr>
      <w:r w:rsidRPr="00334E99">
        <w:rPr>
          <w:rFonts w:eastAsia="Calibri" w:cs="Calibri"/>
          <w:b/>
          <w:lang w:val="pl-PL"/>
        </w:rPr>
        <w:t>Załącznik nr 2 do Zapytania ofertowego</w:t>
      </w:r>
    </w:p>
    <w:p w:rsidRPr="00334E99" w:rsidR="00077220" w:rsidP="173AAB6D" w:rsidRDefault="00000000" w14:paraId="0322438F" w14:textId="77777777">
      <w:pPr>
        <w:spacing w:after="0" w:line="240" w:lineRule="auto"/>
        <w:jc w:val="right"/>
        <w:rPr>
          <w:lang w:val="pl-PL"/>
        </w:rPr>
      </w:pPr>
      <w:r w:rsidRPr="173AAB6D">
        <w:rPr>
          <w:rFonts w:eastAsia="Calibri" w:cs="Calibri"/>
          <w:b/>
          <w:bCs/>
          <w:lang w:val="pl-PL"/>
        </w:rPr>
        <w:t>Zamawiający:</w:t>
      </w:r>
    </w:p>
    <w:p w:rsidRPr="00334E99" w:rsidR="00077220" w:rsidP="173AAB6D" w:rsidRDefault="00000000" w14:paraId="548673A1" w14:textId="77777777">
      <w:pPr>
        <w:spacing w:after="0" w:line="240" w:lineRule="auto"/>
        <w:jc w:val="right"/>
        <w:rPr>
          <w:lang w:val="pl-PL"/>
        </w:rPr>
      </w:pPr>
      <w:r w:rsidRPr="173AAB6D">
        <w:rPr>
          <w:rFonts w:eastAsia="Calibri" w:cs="Calibri"/>
          <w:b/>
          <w:bCs/>
          <w:lang w:val="pl-PL"/>
        </w:rPr>
        <w:t>Instytut Rozwoju Miast i Regionów</w:t>
      </w:r>
    </w:p>
    <w:p w:rsidRPr="00334E99" w:rsidR="00077220" w:rsidP="173AAB6D" w:rsidRDefault="00000000" w14:paraId="450EC78C" w14:textId="77777777">
      <w:pPr>
        <w:spacing w:after="0" w:line="240" w:lineRule="auto"/>
        <w:jc w:val="right"/>
        <w:rPr>
          <w:lang w:val="pl-PL"/>
        </w:rPr>
      </w:pPr>
      <w:r w:rsidRPr="173AAB6D">
        <w:rPr>
          <w:rFonts w:eastAsia="Calibri" w:cs="Calibri"/>
          <w:b/>
          <w:bCs/>
          <w:lang w:val="pl-PL"/>
        </w:rPr>
        <w:t>ul. Targowa 45</w:t>
      </w:r>
    </w:p>
    <w:p w:rsidRPr="00334E99" w:rsidR="00077220" w:rsidP="173AAB6D" w:rsidRDefault="00000000" w14:paraId="630A3174" w14:textId="77777777">
      <w:pPr>
        <w:spacing w:after="0" w:line="240" w:lineRule="auto"/>
        <w:jc w:val="right"/>
        <w:rPr>
          <w:lang w:val="pl-PL"/>
        </w:rPr>
      </w:pPr>
      <w:r w:rsidRPr="173AAB6D">
        <w:rPr>
          <w:rFonts w:eastAsia="Calibri" w:cs="Calibri"/>
          <w:b/>
          <w:bCs/>
          <w:lang w:val="pl-PL"/>
        </w:rPr>
        <w:t>03-728 Warszawa</w:t>
      </w:r>
    </w:p>
    <w:p w:rsidRPr="00334E99" w:rsidR="00077220" w:rsidRDefault="00077220" w14:paraId="1918290D" w14:textId="77777777">
      <w:pPr>
        <w:spacing w:line="240" w:lineRule="auto"/>
        <w:rPr>
          <w:lang w:val="pl-PL"/>
        </w:rPr>
      </w:pPr>
    </w:p>
    <w:p w:rsidRPr="00334E99" w:rsidR="00077220" w:rsidP="173AAB6D" w:rsidRDefault="00000000" w14:paraId="4EEB9F81" w14:textId="77777777">
      <w:pPr>
        <w:spacing w:after="240"/>
        <w:jc w:val="center"/>
        <w:rPr>
          <w:lang w:val="pl-PL"/>
        </w:rPr>
      </w:pPr>
      <w:r w:rsidRPr="173AAB6D">
        <w:rPr>
          <w:rFonts w:eastAsia="Calibri" w:cs="Calibri"/>
          <w:b/>
          <w:bCs/>
          <w:lang w:val="pl-PL"/>
        </w:rPr>
        <w:t>FORMULARZ OFERTOWY</w:t>
      </w:r>
    </w:p>
    <w:p w:rsidRPr="00334E99" w:rsidR="00077220" w:rsidRDefault="00000000" w14:paraId="4052F227" w14:textId="77777777">
      <w:pPr>
        <w:spacing w:after="40" w:line="240" w:lineRule="auto"/>
        <w:rPr>
          <w:lang w:val="pl-PL"/>
        </w:rPr>
      </w:pPr>
      <w:r w:rsidRPr="00334E99">
        <w:rPr>
          <w:rFonts w:eastAsia="Calibri" w:cs="Calibri"/>
          <w:lang w:val="pl-PL"/>
        </w:rPr>
        <w:t>Ja/My, niżej podpisani:</w:t>
      </w:r>
    </w:p>
    <w:p w:rsidRPr="00334E99" w:rsidR="00077220" w:rsidRDefault="00000000" w14:paraId="49209749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0258B28D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1FC67556" w14:textId="77777777">
      <w:pPr>
        <w:spacing w:after="40" w:line="240" w:lineRule="auto"/>
        <w:rPr>
          <w:lang w:val="pl-PL"/>
        </w:rPr>
      </w:pPr>
      <w:r w:rsidRPr="00334E99">
        <w:rPr>
          <w:rFonts w:eastAsia="Calibri" w:cs="Calibri"/>
          <w:lang w:val="pl-PL"/>
        </w:rPr>
        <w:t>działając w imieniu i na rzecz Wykonawcy/wykonawców występujących wspólnie**:</w:t>
      </w:r>
    </w:p>
    <w:p w:rsidRPr="00334E99" w:rsidR="00077220" w:rsidRDefault="00000000" w14:paraId="1B901ADF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02639117" w14:textId="77777777">
      <w:pPr>
        <w:spacing w:after="40" w:line="240" w:lineRule="auto"/>
        <w:rPr>
          <w:lang w:val="pl-PL"/>
        </w:rPr>
      </w:pPr>
      <w:r w:rsidRPr="00334E99">
        <w:rPr>
          <w:rFonts w:eastAsia="Calibri" w:cs="Calibri"/>
          <w:lang w:val="pl-PL"/>
        </w:rPr>
        <w:t>(zarejestrowana nazwa Wykonawcy/pełnomocnika wykonawców występujących wspólnie*, dane adresowe**)</w:t>
      </w:r>
    </w:p>
    <w:p w:rsidRPr="00334E99" w:rsidR="00077220" w:rsidRDefault="00000000" w14:paraId="40C1DC0C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68239725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NIP: ……………………………………………………………………………………......……</w:t>
      </w:r>
    </w:p>
    <w:p w:rsidRPr="00334E99" w:rsidR="00077220" w:rsidRDefault="00000000" w14:paraId="386A4EAB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Nr telefonu: ......................................................................................................................</w:t>
      </w:r>
    </w:p>
    <w:p w:rsidRPr="00334E99" w:rsidR="00077220" w:rsidRDefault="00000000" w14:paraId="6158C2FF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Adres e-mail: …………………………………………………………………………….………</w:t>
      </w:r>
    </w:p>
    <w:p w:rsidRPr="00334E99" w:rsidR="00077220" w:rsidRDefault="00000000" w14:paraId="253D986A" w14:textId="017DAB90">
      <w:pPr>
        <w:rPr>
          <w:lang w:val="pl-PL"/>
        </w:rPr>
      </w:pPr>
      <w:r w:rsidRPr="173AAB6D">
        <w:rPr>
          <w:rFonts w:eastAsia="Calibri" w:cs="Calibri"/>
          <w:lang w:val="pl-PL"/>
        </w:rPr>
        <w:t xml:space="preserve">ubiegając się o udzielenie zamówienia prowadzonego przez Instytut Rozwoju Miast i Regionów, którego przedmiotem jest </w:t>
      </w:r>
      <w:r w:rsidRPr="173AAB6D">
        <w:rPr>
          <w:rFonts w:eastAsia="Calibri" w:cs="Calibri"/>
          <w:b/>
          <w:bCs/>
          <w:lang w:val="pl-PL"/>
        </w:rPr>
        <w:t>usługa polegająca na usługi polegającej na wsparciu doradczym, organizacyjnym i technicznym IRMiR w realizacji działań projektu w 2026 r., w szczególności w zakresie pilotażu koordynacji dokumentów planistycznych, wdrażania Programów Kompleksowej Odbudowy, organizacji wizyt studyjnych, opracowania modelu instytucji wspierającej rząd i samorządy w zarządzaniu miastami oraz obsługi posiedzeń Komitetu Sterującego</w:t>
      </w:r>
      <w:r w:rsidRPr="173AAB6D">
        <w:rPr>
          <w:rFonts w:eastAsia="Calibri" w:cs="Calibri"/>
          <w:lang w:val="pl-PL"/>
        </w:rPr>
        <w:t>,</w:t>
      </w:r>
    </w:p>
    <w:p w:rsidRPr="00334E99" w:rsidR="00077220" w:rsidRDefault="00000000" w14:paraId="470CE3F0" w14:textId="77777777">
      <w:pPr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składam/y niniejszą ofertę na wykonanie zamówienia i:</w:t>
      </w:r>
    </w:p>
    <w:p w:rsidRPr="00334E99" w:rsidR="00077220" w:rsidRDefault="00000000" w14:paraId="54914853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1. Oświadczam/y, że zapoznałem/liśmy się z wymaganiami Zamawiającego dotyczącymi przedmiotu zamówienia, zamieszczonymi w Zapytaniu ofertowym oraz w projektowanych postanowieniach umowy, i nie wnoszę/wnosimy do nich żadnych zastrzeżeń.</w:t>
      </w:r>
    </w:p>
    <w:p w:rsidRPr="00334E99" w:rsidR="00077220" w:rsidRDefault="00000000" w14:paraId="649085B2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2. Oświadczam/y, że zrealizuję/emy zamówienie zgodnie z zakresem usługi opisanym w Zapytaniu ofertowym i projektowanych postanowieniach umowy.</w:t>
      </w:r>
    </w:p>
    <w:p w:rsidRPr="00334E99" w:rsidR="00077220" w:rsidRDefault="00000000" w14:paraId="1765ECEF" w14:textId="2EA1F230">
      <w:pPr>
        <w:rPr>
          <w:lang w:val="pl-PL"/>
        </w:rPr>
      </w:pPr>
      <w:r w:rsidRPr="173AAB6D">
        <w:rPr>
          <w:rFonts w:eastAsia="Calibri" w:cs="Calibri"/>
          <w:lang w:val="pl-PL"/>
        </w:rPr>
        <w:t>3. Oświadczam/y, że oferuję/emy realizację zamówienia w następującej części / następujących częściach: Część 1 – Ekspert 1 / Część 2 – Ekspert 2</w:t>
      </w:r>
      <w:r w:rsidRPr="173AAB6D" w:rsidR="2B1CDC80">
        <w:rPr>
          <w:rFonts w:eastAsia="Calibri" w:cs="Calibri"/>
          <w:lang w:val="pl-PL"/>
        </w:rPr>
        <w:t xml:space="preserve"> / Część 3 – Ekspert 3</w:t>
      </w:r>
      <w:r w:rsidRPr="173AAB6D">
        <w:rPr>
          <w:rFonts w:eastAsia="Calibri" w:cs="Calibri"/>
          <w:lang w:val="pl-PL"/>
        </w:rPr>
        <w:t>*.</w:t>
      </w:r>
    </w:p>
    <w:p w:rsidRPr="00334E99" w:rsidR="00077220" w:rsidRDefault="00000000" w14:paraId="3C3F5C8C" w14:textId="77777777">
      <w:pPr/>
      <w:r w:rsidRPr="420BE705" w:rsidR="00000000">
        <w:rPr>
          <w:rFonts w:eastAsia="Calibri" w:cs="Calibri"/>
          <w:lang w:val="pl-PL"/>
        </w:rPr>
        <w:t>4. Oferuję/emy realizację zamówienia w zakresie określonym w opisie przedmiotu zamówienia w cenach wskazanych poniżej.</w:t>
      </w:r>
    </w:p>
    <w:p w:rsidR="7CEE146C" w:rsidP="420BE705" w:rsidRDefault="7CEE146C" w14:paraId="2A8BE4C6" w14:textId="228F3A0B">
      <w:pPr>
        <w:rPr>
          <w:rFonts w:eastAsia="Calibri" w:cs="Calibri"/>
          <w:b w:val="1"/>
          <w:bCs w:val="1"/>
          <w:lang w:val="pl-PL"/>
        </w:rPr>
      </w:pPr>
      <w:r w:rsidRPr="420BE705" w:rsidR="7CEE146C">
        <w:rPr>
          <w:rFonts w:eastAsia="Calibri" w:cs="Calibri"/>
          <w:b w:val="1"/>
          <w:bCs w:val="1"/>
          <w:lang w:val="pl-PL"/>
        </w:rPr>
        <w:t>Część 1.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392"/>
        <w:gridCol w:w="1080"/>
        <w:gridCol w:w="1368"/>
        <w:gridCol w:w="1224"/>
      </w:tblGrid>
      <w:tr w:rsidR="00077220" w:rsidTr="7AA288DA" w14:paraId="77CEDA11" w14:textId="77777777">
        <w:trPr>
          <w:jc w:val="center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5CE4AE3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Lp.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361BD31D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OPIS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47EC18C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Liczba roboczogodzin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DD3F2AC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Cena jednej roboczogodziny brutto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7119004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Wartość zadania brutto</w:t>
            </w:r>
          </w:p>
        </w:tc>
      </w:tr>
      <w:tr w:rsidR="00077220" w:rsidTr="7AA288DA" w14:paraId="0F5353CE" w14:textId="77777777">
        <w:trPr>
          <w:jc w:val="center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5590BEAD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A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2CEFE078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B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09832B79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C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08276633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D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A887091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7"/>
              </w:rPr>
              <w:t>E = C × D</w:t>
            </w:r>
          </w:p>
        </w:tc>
      </w:tr>
      <w:tr w:rsidR="00077220" w:rsidTr="7AA288DA" w14:paraId="2FBFF884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0AC2B33F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1.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P="33B7F576" w:rsidRDefault="00000000" w14:paraId="6A632E35" w14:textId="7E608583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  <w:lang w:val="pl-PL"/>
              </w:rPr>
              <w:t>Zadanie 1.</w:t>
            </w:r>
            <w:r w:rsidRPr="420BE705" w:rsidR="05665F81">
              <w:rPr>
                <w:rFonts w:eastAsia="Calibri" w:cs="Calibri"/>
                <w:sz w:val="17"/>
                <w:szCs w:val="17"/>
                <w:lang w:val="pl-PL"/>
              </w:rPr>
              <w:t xml:space="preserve"> Pilotaż we wspólnocie terytorialnej </w:t>
            </w:r>
            <w:r w:rsidRPr="420BE705" w:rsidR="05665F81">
              <w:rPr>
                <w:rFonts w:eastAsia="Calibri" w:cs="Calibri"/>
                <w:sz w:val="17"/>
                <w:szCs w:val="17"/>
                <w:lang w:val="pl-PL"/>
              </w:rPr>
              <w:t>Fastiv</w:t>
            </w:r>
            <w:r w:rsidRPr="420BE705" w:rsidR="05665F81">
              <w:rPr>
                <w:rFonts w:eastAsia="Calibri" w:cs="Calibri"/>
                <w:sz w:val="17"/>
                <w:szCs w:val="17"/>
                <w:lang w:val="pl-PL"/>
              </w:rPr>
              <w:t xml:space="preserve"> w zakresie koordynacji dokumentów planistycznych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6E50BEAD" w14:paraId="79F09B8A" w14:textId="003FD5F0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E8BF9BE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AF8A431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0FC5645C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2ADBE96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2.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P="33B7F576" w:rsidRDefault="00000000" w14:paraId="0E756A25" w14:textId="669E598F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  <w:lang w:val="pl-PL"/>
              </w:rPr>
              <w:t xml:space="preserve">Zadanie 2. </w:t>
            </w:r>
            <w:r w:rsidRPr="420BE705" w:rsidR="563EE52B">
              <w:rPr>
                <w:rFonts w:eastAsia="Calibri" w:cs="Calibri"/>
                <w:sz w:val="17"/>
                <w:szCs w:val="17"/>
                <w:lang w:val="pl-PL"/>
              </w:rPr>
              <w:t>Wsparcie merytoryczne we wdrażaniu Programu Kompleksowej Odbudowy w Szostce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7627C04B" w14:paraId="4975C56A" w14:textId="235C1D9B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46234149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518C55D3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2C05FBF3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22A7D5B2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3.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P="33B7F576" w:rsidRDefault="00000000" w14:paraId="1BBDD0F4" w14:textId="5F9450AC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  <w:lang w:val="pl-PL"/>
              </w:rPr>
              <w:t xml:space="preserve">Zadanie 3. </w:t>
            </w:r>
            <w:r w:rsidRPr="420BE705" w:rsidR="2AE8BF85">
              <w:rPr>
                <w:rFonts w:eastAsia="Calibri" w:cs="Calibri"/>
                <w:sz w:val="17"/>
                <w:szCs w:val="17"/>
                <w:lang w:val="pl-PL"/>
              </w:rPr>
              <w:t>Wizyta studyjna w Polsce dotycząca systemu wsparcia rewitalizacji i odbudowy w miastach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3455EA6C" w14:paraId="5C05D876" w14:textId="665F9F96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74E0D11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38583C16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147F0AE7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C9F5897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4.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P="33B7F576" w:rsidRDefault="00000000" w14:paraId="0816855B" w14:textId="2F374D2A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  <w:lang w:val="pl-PL"/>
              </w:rPr>
              <w:t xml:space="preserve">Zadanie 4. </w:t>
            </w:r>
            <w:r w:rsidRPr="420BE705" w:rsidR="36F578AA">
              <w:rPr>
                <w:rFonts w:eastAsia="Calibri" w:cs="Calibri"/>
                <w:sz w:val="17"/>
                <w:szCs w:val="17"/>
                <w:lang w:val="pl-PL"/>
              </w:rPr>
              <w:t>Wsparcie doradcze i techniczne w opracowaniu modelu funkcjonowania instytucji wspierającej rząd i samorządy w zarządzaniu miastami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0B016902" w14:paraId="6306A822" w14:textId="49DD6782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16D0369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E288B91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7558DE5F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8D1EF7F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5.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P="33B7F576" w:rsidRDefault="00000000" w14:paraId="58DDC216" w14:textId="5A3541E2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  <w:lang w:val="pl-PL"/>
              </w:rPr>
              <w:t xml:space="preserve">Zadanie 5. </w:t>
            </w:r>
            <w:r w:rsidRPr="420BE705" w:rsidR="68D9AE04">
              <w:rPr>
                <w:rFonts w:eastAsia="Calibri" w:cs="Calibri"/>
                <w:sz w:val="17"/>
                <w:szCs w:val="17"/>
                <w:lang w:val="pl-PL"/>
              </w:rPr>
              <w:t>Wizyta studyjna na temat zintegrowanego planowania przestrzennego na poziomie lokalnym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7F2F07D9" w14:paraId="4E6BB5DC" w14:textId="644BC052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52C9A08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B1DE7F7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539F58D6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D57D539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6.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33B7F576" w:rsidRDefault="00000000" w14:paraId="5D9BEF81" w14:textId="35BE0CC2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00000000">
              <w:rPr>
                <w:rFonts w:eastAsia="Calibri" w:cs="Calibri"/>
                <w:sz w:val="17"/>
                <w:szCs w:val="17"/>
              </w:rPr>
              <w:t>Zadanie</w:t>
            </w:r>
            <w:r w:rsidRPr="420BE705" w:rsidR="00000000">
              <w:rPr>
                <w:rFonts w:eastAsia="Calibri" w:cs="Calibri"/>
                <w:sz w:val="17"/>
                <w:szCs w:val="17"/>
              </w:rPr>
              <w:t xml:space="preserve"> 6. </w:t>
            </w:r>
            <w:r w:rsidRPr="420BE705" w:rsidR="3BF87E1F">
              <w:rPr>
                <w:rFonts w:eastAsia="Calibri" w:cs="Calibri"/>
                <w:sz w:val="17"/>
                <w:szCs w:val="17"/>
              </w:rPr>
              <w:t>Posiedzenia Komitetu Sterującego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58FE9402" w14:paraId="4240152F" w14:textId="5503773C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2F798670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642752C6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7"/>
              </w:rPr>
              <w:t>……….. zł</w:t>
            </w:r>
          </w:p>
        </w:tc>
      </w:tr>
      <w:tr w:rsidR="00077220" w:rsidTr="7AA288DA" w14:paraId="6159B53F" w14:textId="77777777">
        <w:trPr>
          <w:jc w:val="center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231FDA98" w14:textId="77777777">
            <w:pPr>
              <w:spacing w:after="0" w:line="240" w:lineRule="auto"/>
              <w:jc w:val="center"/>
            </w:pP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811AC53" w14:textId="77777777">
            <w:pPr>
              <w:spacing w:after="0" w:line="240" w:lineRule="auto"/>
              <w:jc w:val="left"/>
            </w:pPr>
            <w:r>
              <w:rPr>
                <w:rFonts w:eastAsia="Calibri" w:cs="Calibri"/>
                <w:sz w:val="17"/>
              </w:rPr>
              <w:t>RAZEM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P="173AAB6D" w:rsidRDefault="3BFB1C4B" w14:paraId="790C9AFB" w14:textId="2D9FBD11">
            <w:pPr>
              <w:spacing w:after="0" w:line="240" w:lineRule="auto"/>
              <w:jc w:val="center"/>
            </w:pPr>
            <w:r w:rsidRPr="173AAB6D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73A27D2D" w14:textId="77777777">
            <w:pPr>
              <w:spacing w:after="0" w:line="240" w:lineRule="auto"/>
              <w:jc w:val="center"/>
            </w:pP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3BA91A10" w14:textId="77777777">
            <w:pPr>
              <w:spacing w:after="0" w:line="240" w:lineRule="auto"/>
              <w:jc w:val="center"/>
            </w:pPr>
            <w:r w:rsidRPr="7AA288DA" w:rsidR="00000000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</w:tbl>
    <w:p w:rsidR="00077220" w:rsidRDefault="00077220" w14:paraId="498B1F22" w14:textId="77777777">
      <w:pPr>
        <w:spacing w:line="240" w:lineRule="auto"/>
      </w:pPr>
    </w:p>
    <w:p w:rsidR="00077220" w:rsidRDefault="00000000" w14:paraId="79362EBE" w14:textId="77777777">
      <w:pPr>
        <w:spacing w:line="240" w:lineRule="auto"/>
        <w:jc w:val="left"/>
      </w:pPr>
      <w:r w:rsidRPr="420BE705" w:rsidR="00000000">
        <w:rPr>
          <w:rFonts w:eastAsia="Calibri" w:cs="Calibri"/>
        </w:rPr>
        <w:t>Cena ofertowa brutto słownie: ………………………………………………………………………………………………………………………………………………………………………</w:t>
      </w:r>
    </w:p>
    <w:p w:rsidR="420BE705" w:rsidP="420BE705" w:rsidRDefault="420BE705" w14:paraId="1EB935AC" w14:textId="79136F67">
      <w:pPr>
        <w:spacing w:line="240" w:lineRule="auto"/>
        <w:jc w:val="left"/>
        <w:rPr>
          <w:rFonts w:eastAsia="Calibri" w:cs="Calibri"/>
        </w:rPr>
      </w:pPr>
    </w:p>
    <w:p w:rsidR="0656556E" w:rsidP="420BE705" w:rsidRDefault="0656556E" w14:paraId="2FF86176" w14:textId="45195BD2">
      <w:pPr>
        <w:rPr>
          <w:rFonts w:eastAsia="Calibri" w:cs="Calibri"/>
          <w:b w:val="1"/>
          <w:bCs w:val="1"/>
          <w:lang w:val="pl-PL"/>
        </w:rPr>
      </w:pPr>
      <w:r w:rsidRPr="420BE705" w:rsidR="0656556E">
        <w:rPr>
          <w:rFonts w:eastAsia="Calibri" w:cs="Calibri"/>
          <w:b w:val="1"/>
          <w:bCs w:val="1"/>
          <w:lang w:val="pl-PL"/>
        </w:rPr>
        <w:t xml:space="preserve">Część </w:t>
      </w:r>
      <w:r w:rsidRPr="420BE705" w:rsidR="35E0E8FC">
        <w:rPr>
          <w:rFonts w:eastAsia="Calibri" w:cs="Calibri"/>
          <w:b w:val="1"/>
          <w:bCs w:val="1"/>
          <w:lang w:val="pl-PL"/>
        </w:rPr>
        <w:t>2</w:t>
      </w:r>
      <w:r w:rsidRPr="420BE705" w:rsidR="0656556E">
        <w:rPr>
          <w:rFonts w:eastAsia="Calibri" w:cs="Calibri"/>
          <w:b w:val="1"/>
          <w:bCs w:val="1"/>
          <w:lang w:val="pl-PL"/>
        </w:rPr>
        <w:t>.</w:t>
      </w:r>
    </w:p>
    <w:tbl>
      <w:tblPr>
        <w:tblW w:w="0" w:type="auto"/>
        <w:jc w:val="center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4A0" w:firstRow="1" w:lastRow="0" w:firstColumn="1" w:lastColumn="0" w:noHBand="0" w:noVBand="1"/>
      </w:tblPr>
      <w:tblGrid>
        <w:gridCol w:w="503"/>
        <w:gridCol w:w="4392"/>
        <w:gridCol w:w="1080"/>
        <w:gridCol w:w="1368"/>
        <w:gridCol w:w="1224"/>
      </w:tblGrid>
      <w:tr w:rsidR="420BE705" w:rsidTr="7AA288DA" w14:paraId="1217435C">
        <w:trPr>
          <w:trHeight w:val="300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9C18B68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Lp.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3228F3F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OPIS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BDB936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Liczba roboczogodzin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F6FFA6E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Cena jednej roboczogodziny brutto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CCED660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Wartość zadania brutto</w:t>
            </w:r>
          </w:p>
        </w:tc>
      </w:tr>
      <w:tr w:rsidR="420BE705" w:rsidTr="7AA288DA" w14:paraId="5C5D7619">
        <w:trPr>
          <w:trHeight w:val="300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AEE1E93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A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9860C2E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B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2DB2E8F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C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CD13D7A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D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55DEA11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E = C × D</w:t>
            </w:r>
          </w:p>
        </w:tc>
      </w:tr>
      <w:tr w:rsidR="420BE705" w:rsidTr="7AA288DA" w14:paraId="08A7A397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5EBF8A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1.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290BD21" w14:textId="7D8D3D75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>Zadanie 1.</w:t>
            </w: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 </w:t>
            </w:r>
            <w:r w:rsidRPr="7AA288DA" w:rsidR="6760A8EA">
              <w:rPr>
                <w:rFonts w:eastAsia="Calibri" w:cs="Calibri"/>
                <w:sz w:val="17"/>
                <w:szCs w:val="17"/>
                <w:lang w:val="pl-PL"/>
              </w:rPr>
              <w:t>Pilotaż we wspólnocie terytorialnej Korosteń w zakresie koordynacji dokumentów planistycznych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C7197C6" w14:textId="003FD5F0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7EDDC07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7E1C02D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6A694D9C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A06B6E3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2.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3F1D079" w14:textId="573850F8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2. </w:t>
            </w:r>
            <w:r w:rsidRPr="7AA288DA" w:rsidR="10A5DEA9">
              <w:rPr>
                <w:rFonts w:eastAsia="Calibri" w:cs="Calibri"/>
                <w:sz w:val="17"/>
                <w:szCs w:val="17"/>
                <w:lang w:val="pl-PL"/>
              </w:rPr>
              <w:t>Wsparcie merytoryczne i organizacyjne we wdrażaniu Programu Kompleksowej Odbudowy w Konotopie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2563052" w14:textId="235C1D9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02A4958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95A933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300D4837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D58D35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3.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FE86D73" w14:textId="469BF313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3. </w:t>
            </w:r>
            <w:r w:rsidRPr="7AA288DA" w:rsidR="70C98318">
              <w:rPr>
                <w:rFonts w:eastAsia="Calibri" w:cs="Calibri"/>
                <w:sz w:val="17"/>
                <w:szCs w:val="17"/>
                <w:lang w:val="pl-PL"/>
              </w:rPr>
              <w:t>Wizyta studyjna w Polsce dotycząca systemu wsparcia rewitalizacji i odbudowy w miastach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5A08335" w14:textId="665F9F96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C0958F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4D114AE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2A4712E6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5849E96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4.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C66B90A" w14:textId="1ACE25F5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4. </w:t>
            </w:r>
            <w:r w:rsidRPr="7AA288DA" w:rsidR="54A5DC81">
              <w:rPr>
                <w:rFonts w:eastAsia="Calibri" w:cs="Calibri"/>
                <w:sz w:val="17"/>
                <w:szCs w:val="17"/>
                <w:lang w:val="pl-PL"/>
              </w:rPr>
              <w:t>Wsparcie doradcze i techniczne w opracowaniu modelu funkcjonowania instytucji wspierającej rząd i samorządy w zarządzaniu miastami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C681B4A" w14:textId="49DD678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04C718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CA59028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64D489BB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2DD7B8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5.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2F14D14" w14:textId="656CBB63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5. </w:t>
            </w:r>
            <w:r w:rsidRPr="7AA288DA" w:rsidR="1DBA7157">
              <w:rPr>
                <w:rFonts w:eastAsia="Calibri" w:cs="Calibri"/>
                <w:sz w:val="17"/>
                <w:szCs w:val="17"/>
                <w:lang w:val="pl-PL"/>
              </w:rPr>
              <w:t>Wizyta studyjna na temat zintegrowanego planowania przestrzennego na poziomie lokalnym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E01A893" w14:textId="644BC05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8AF5C3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CC8FEC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784E2C62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A0203E0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6.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2394AA4" w14:textId="35BE0CC2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Zadanie</w:t>
            </w:r>
            <w:r w:rsidRPr="420BE705" w:rsidR="420BE705">
              <w:rPr>
                <w:rFonts w:eastAsia="Calibri" w:cs="Calibri"/>
                <w:sz w:val="17"/>
                <w:szCs w:val="17"/>
              </w:rPr>
              <w:t xml:space="preserve"> 6. </w:t>
            </w:r>
            <w:r w:rsidRPr="420BE705" w:rsidR="420BE705">
              <w:rPr>
                <w:rFonts w:eastAsia="Calibri" w:cs="Calibri"/>
                <w:sz w:val="17"/>
                <w:szCs w:val="17"/>
              </w:rPr>
              <w:t>Posiedzenia Komitetu Sterującego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3D18725" w14:textId="5503773C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6DC432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AE2017C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13659CF7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175CCE2">
            <w:pPr>
              <w:spacing w:after="0" w:line="240" w:lineRule="auto"/>
              <w:jc w:val="center"/>
            </w:pP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F831AFF">
            <w:pPr>
              <w:spacing w:after="0" w:line="240" w:lineRule="auto"/>
              <w:jc w:val="left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RAZEM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DF4F432" w14:textId="2D9FBD11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F430077">
            <w:pPr>
              <w:spacing w:after="0" w:line="240" w:lineRule="auto"/>
              <w:jc w:val="center"/>
            </w:pP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0C79360">
            <w:pPr>
              <w:spacing w:after="0" w:line="240" w:lineRule="auto"/>
              <w:jc w:val="center"/>
              <w:rPr>
                <w:rFonts w:eastAsia="Calibri" w:cs="Calibri"/>
                <w:sz w:val="17"/>
                <w:szCs w:val="17"/>
              </w:rPr>
            </w:pPr>
            <w:r w:rsidRPr="7AA288DA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</w:tbl>
    <w:p w:rsidR="420BE705" w:rsidP="420BE705" w:rsidRDefault="420BE705" w14:paraId="1A644A84" w14:textId="7E297B68">
      <w:pPr>
        <w:spacing w:line="240" w:lineRule="auto"/>
        <w:jc w:val="left"/>
        <w:rPr>
          <w:rFonts w:eastAsia="Calibri" w:cs="Calibri"/>
        </w:rPr>
      </w:pPr>
    </w:p>
    <w:p w:rsidR="368D3113" w:rsidP="7AA288DA" w:rsidRDefault="368D3113" w14:paraId="1E83B4DA">
      <w:pPr>
        <w:spacing w:line="240" w:lineRule="auto"/>
        <w:jc w:val="left"/>
      </w:pPr>
      <w:r w:rsidRPr="7AA288DA" w:rsidR="368D3113">
        <w:rPr>
          <w:rFonts w:eastAsia="Calibri" w:cs="Calibri"/>
        </w:rPr>
        <w:t>Cena ofertowa brutto słownie: ………………………………………………………………………………………………………………………………………………………………………</w:t>
      </w:r>
    </w:p>
    <w:p w:rsidR="7AA288DA" w:rsidP="7AA288DA" w:rsidRDefault="7AA288DA" w14:paraId="5E564997" w14:textId="5441D5F2">
      <w:pPr>
        <w:rPr>
          <w:rFonts w:eastAsia="Calibri" w:cs="Calibri"/>
          <w:b w:val="1"/>
          <w:bCs w:val="1"/>
          <w:lang w:val="pl-PL"/>
        </w:rPr>
      </w:pPr>
    </w:p>
    <w:p w:rsidR="7FAADD1B" w:rsidP="420BE705" w:rsidRDefault="7FAADD1B" w14:paraId="499D1F13" w14:textId="797B2847">
      <w:pPr>
        <w:rPr>
          <w:rFonts w:eastAsia="Calibri" w:cs="Calibri"/>
          <w:b w:val="1"/>
          <w:bCs w:val="1"/>
          <w:lang w:val="pl-PL"/>
        </w:rPr>
      </w:pPr>
      <w:r w:rsidRPr="420BE705" w:rsidR="7FAADD1B">
        <w:rPr>
          <w:rFonts w:eastAsia="Calibri" w:cs="Calibri"/>
          <w:b w:val="1"/>
          <w:bCs w:val="1"/>
          <w:lang w:val="pl-PL"/>
        </w:rPr>
        <w:t>Część 3.</w:t>
      </w:r>
    </w:p>
    <w:tbl>
      <w:tblPr>
        <w:tblW w:w="0" w:type="auto"/>
        <w:jc w:val="center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4A0" w:firstRow="1" w:lastRow="0" w:firstColumn="1" w:lastColumn="0" w:noHBand="0" w:noVBand="1"/>
      </w:tblPr>
      <w:tblGrid>
        <w:gridCol w:w="503"/>
        <w:gridCol w:w="4392"/>
        <w:gridCol w:w="1080"/>
        <w:gridCol w:w="1368"/>
        <w:gridCol w:w="1224"/>
      </w:tblGrid>
      <w:tr w:rsidR="420BE705" w:rsidTr="7AA288DA" w14:paraId="129729E3">
        <w:trPr>
          <w:trHeight w:val="300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CDE325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Lp.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330E46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OPIS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C289C0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Liczba roboczogodzin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F32BA0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Cena jednej roboczogodziny brutto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8EFCDE1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Wartość zadania brutto</w:t>
            </w:r>
          </w:p>
        </w:tc>
      </w:tr>
      <w:tr w:rsidR="420BE705" w:rsidTr="7AA288DA" w14:paraId="73712FE4">
        <w:trPr>
          <w:trHeight w:val="300"/>
        </w:trPr>
        <w:tc>
          <w:tcPr>
            <w:tcW w:w="5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4EA68B8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A</w:t>
            </w:r>
          </w:p>
        </w:tc>
        <w:tc>
          <w:tcPr>
            <w:tcW w:w="43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607F0D7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B</w:t>
            </w:r>
          </w:p>
        </w:tc>
        <w:tc>
          <w:tcPr>
            <w:tcW w:w="10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1FC82DAE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C</w:t>
            </w:r>
          </w:p>
        </w:tc>
        <w:tc>
          <w:tcPr>
            <w:tcW w:w="13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FED8349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D</w:t>
            </w:r>
          </w:p>
        </w:tc>
        <w:tc>
          <w:tcPr>
            <w:tcW w:w="122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7F6F68A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b w:val="1"/>
                <w:bCs w:val="1"/>
                <w:sz w:val="17"/>
                <w:szCs w:val="17"/>
              </w:rPr>
              <w:t>E = C × D</w:t>
            </w:r>
          </w:p>
        </w:tc>
      </w:tr>
      <w:tr w:rsidR="420BE705" w:rsidTr="7AA288DA" w14:paraId="428B308E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557E744" w14:textId="7E53D26D">
            <w:pPr>
              <w:spacing w:after="0" w:line="240" w:lineRule="auto"/>
              <w:jc w:val="center"/>
            </w:pPr>
            <w:r w:rsidRPr="7AA288DA" w:rsidR="496CF04F">
              <w:rPr>
                <w:rFonts w:eastAsia="Calibri" w:cs="Calibri"/>
                <w:sz w:val="17"/>
                <w:szCs w:val="17"/>
              </w:rPr>
              <w:t>1</w:t>
            </w:r>
            <w:r w:rsidRPr="7AA288DA" w:rsidR="420BE705">
              <w:rPr>
                <w:rFonts w:eastAsia="Calibri" w:cs="Calibri"/>
                <w:sz w:val="17"/>
                <w:szCs w:val="17"/>
              </w:rPr>
              <w:t>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AE2B70D" w14:textId="7038EFA9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2. </w:t>
            </w:r>
            <w:r w:rsidRPr="7AA288DA" w:rsidR="2CC7F631">
              <w:rPr>
                <w:rFonts w:eastAsia="Calibri" w:cs="Calibri"/>
                <w:sz w:val="17"/>
                <w:szCs w:val="17"/>
                <w:lang w:val="pl-PL"/>
              </w:rPr>
              <w:t>Obsługa kontaktów z hromadą Szostka przy wdrażaniu Programu Kompleksowej Odbudowy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0E0D96D" w14:textId="235C1D9B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D82DB9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0ABFECD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02F858B7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2FCDBD3" w14:textId="61B08E8B">
            <w:pPr>
              <w:spacing w:after="0" w:line="240" w:lineRule="auto"/>
              <w:jc w:val="center"/>
            </w:pPr>
            <w:r w:rsidRPr="7AA288DA" w:rsidR="4FA0EEE3">
              <w:rPr>
                <w:rFonts w:eastAsia="Calibri" w:cs="Calibri"/>
                <w:sz w:val="17"/>
                <w:szCs w:val="17"/>
              </w:rPr>
              <w:t>2.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C16A91D" w14:textId="59A56512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FA0EEE3">
              <w:rPr>
                <w:rFonts w:eastAsia="Calibri" w:cs="Calibri"/>
                <w:sz w:val="17"/>
                <w:szCs w:val="17"/>
                <w:lang w:val="pl-PL"/>
              </w:rPr>
              <w:t>Zadanie 3. Obsługa kontaktów z uczestnikami z Szostki – wizyta studyjna dotycząca systemu wsparcia rewitalizacji i odbudowy w miastach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326C1D9" w14:textId="665F9F96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0A166A8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E19E70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78FEDF9D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86D2D82" w14:textId="59DF4C63">
            <w:pPr>
              <w:spacing w:after="0" w:line="240" w:lineRule="auto"/>
              <w:jc w:val="center"/>
            </w:pPr>
            <w:r w:rsidRPr="7AA288DA" w:rsidR="35875ECE">
              <w:rPr>
                <w:rFonts w:eastAsia="Calibri" w:cs="Calibri"/>
                <w:sz w:val="17"/>
                <w:szCs w:val="17"/>
              </w:rPr>
              <w:t>3</w:t>
            </w:r>
            <w:r w:rsidRPr="7AA288DA" w:rsidR="420BE705">
              <w:rPr>
                <w:rFonts w:eastAsia="Calibri" w:cs="Calibri"/>
                <w:sz w:val="17"/>
                <w:szCs w:val="17"/>
              </w:rPr>
              <w:t>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E20CC64" w14:textId="1B37F1F5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 xml:space="preserve">Zadanie </w:t>
            </w:r>
            <w:r w:rsidRPr="7AA288DA" w:rsidR="18196986">
              <w:rPr>
                <w:rFonts w:eastAsia="Calibri" w:cs="Calibri"/>
                <w:sz w:val="17"/>
                <w:szCs w:val="17"/>
                <w:lang w:val="pl-PL"/>
              </w:rPr>
              <w:t>5. Obsługa kontaktów z uczestnikami z Szostki – wizyta studyjna na temat zintegrowanego planowania przestrzennego na poziomie lokalnym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A103509" w14:textId="49DD678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208616A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7CBFCAF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7ED820D8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7741635" w14:textId="767C7BFF">
            <w:pPr>
              <w:spacing w:after="0" w:line="240" w:lineRule="auto"/>
              <w:jc w:val="center"/>
            </w:pPr>
            <w:r w:rsidRPr="7AA288DA" w:rsidR="631D8B06">
              <w:rPr>
                <w:rFonts w:eastAsia="Calibri" w:cs="Calibri"/>
                <w:sz w:val="17"/>
                <w:szCs w:val="17"/>
              </w:rPr>
              <w:t>4</w:t>
            </w:r>
            <w:r w:rsidRPr="7AA288DA" w:rsidR="420BE705">
              <w:rPr>
                <w:rFonts w:eastAsia="Calibri" w:cs="Calibri"/>
                <w:sz w:val="17"/>
                <w:szCs w:val="17"/>
              </w:rPr>
              <w:t>.</w:t>
            </w: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31D17890" w14:textId="35B32D76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AA288DA" w:rsidR="420BE705">
              <w:rPr>
                <w:rFonts w:eastAsia="Calibri" w:cs="Calibri"/>
                <w:sz w:val="17"/>
                <w:szCs w:val="17"/>
                <w:lang w:val="pl-PL"/>
              </w:rPr>
              <w:t>Zadan</w:t>
            </w:r>
            <w:r w:rsidRPr="7AA288DA" w:rsidR="66329D1D">
              <w:rPr>
                <w:rFonts w:eastAsia="Calibri" w:cs="Calibri"/>
                <w:sz w:val="17"/>
                <w:szCs w:val="17"/>
                <w:lang w:val="pl-PL"/>
              </w:rPr>
              <w:t>ie 6. Obsługa kontaktów z hromadą Szostka w związku z posiedzeniami Komitetu Sterującego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0229B3FB" w14:textId="644BC05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751B212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611E3E7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  <w:tr w:rsidR="420BE705" w:rsidTr="7AA288DA" w14:paraId="73245479">
        <w:trPr>
          <w:trHeight w:val="300"/>
        </w:trPr>
        <w:tc>
          <w:tcPr>
            <w:tcW w:w="5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70BD01DC">
            <w:pPr>
              <w:spacing w:after="0" w:line="240" w:lineRule="auto"/>
              <w:jc w:val="center"/>
            </w:pPr>
          </w:p>
        </w:tc>
        <w:tc>
          <w:tcPr>
            <w:tcW w:w="43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247B9722">
            <w:pPr>
              <w:spacing w:after="0" w:line="240" w:lineRule="auto"/>
              <w:jc w:val="left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RAZEM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68883526" w14:textId="2D9FBD11">
            <w:pPr>
              <w:spacing w:after="0" w:line="240" w:lineRule="auto"/>
              <w:jc w:val="center"/>
            </w:pPr>
            <w:r w:rsidRPr="420BE705" w:rsidR="420BE705">
              <w:rPr>
                <w:rFonts w:eastAsia="Calibri" w:cs="Calibri"/>
                <w:sz w:val="17"/>
                <w:szCs w:val="17"/>
              </w:rPr>
              <w:t>...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4BF75EA5">
            <w:pPr>
              <w:spacing w:after="0" w:line="240" w:lineRule="auto"/>
              <w:jc w:val="center"/>
            </w:pP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420BE705" w:rsidP="420BE705" w:rsidRDefault="420BE705" w14:paraId="5F9DE4FA">
            <w:pPr>
              <w:spacing w:after="0" w:line="240" w:lineRule="auto"/>
              <w:jc w:val="center"/>
              <w:rPr>
                <w:rFonts w:eastAsia="Calibri" w:cs="Calibri"/>
                <w:sz w:val="17"/>
                <w:szCs w:val="17"/>
              </w:rPr>
            </w:pPr>
            <w:r w:rsidRPr="7AA288DA" w:rsidR="420BE705">
              <w:rPr>
                <w:rFonts w:eastAsia="Calibri" w:cs="Calibri"/>
                <w:sz w:val="17"/>
                <w:szCs w:val="17"/>
              </w:rPr>
              <w:t>……….. zł</w:t>
            </w:r>
          </w:p>
        </w:tc>
      </w:tr>
    </w:tbl>
    <w:p w:rsidR="420BE705" w:rsidP="420BE705" w:rsidRDefault="420BE705" w14:paraId="3B8F5ED4" w14:textId="4281529D">
      <w:pPr>
        <w:spacing w:line="240" w:lineRule="auto"/>
        <w:jc w:val="left"/>
        <w:rPr>
          <w:rFonts w:eastAsia="Calibri" w:cs="Calibri"/>
        </w:rPr>
      </w:pPr>
    </w:p>
    <w:p w:rsidR="0623E254" w:rsidP="7AA288DA" w:rsidRDefault="0623E254" w14:paraId="1FCDDFBE">
      <w:pPr>
        <w:spacing w:line="240" w:lineRule="auto"/>
        <w:jc w:val="left"/>
      </w:pPr>
      <w:r w:rsidRPr="7AA288DA" w:rsidR="0623E254">
        <w:rPr>
          <w:rFonts w:eastAsia="Calibri" w:cs="Calibri"/>
        </w:rPr>
        <w:t>Cena ofertowa brutto słownie: ………………………………………………………………………………………………………………………………………………………………………</w:t>
      </w:r>
    </w:p>
    <w:p w:rsidR="7AA288DA" w:rsidP="7AA288DA" w:rsidRDefault="7AA288DA" w14:paraId="5F2E143A" w14:textId="7002EB35">
      <w:pPr>
        <w:spacing w:line="240" w:lineRule="auto"/>
        <w:jc w:val="left"/>
        <w:rPr>
          <w:rFonts w:eastAsia="Calibri" w:cs="Calibri"/>
        </w:rPr>
      </w:pPr>
    </w:p>
    <w:p w:rsidRPr="00334E99" w:rsidR="00077220" w:rsidRDefault="00000000" w14:paraId="2EAC3599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5. Oświadczam/y, że informacje i dokumenty zawarte w Ofercie w następujących plikach: ……………………………………………………………………..……………… stanowią tajemnicę przedsiębiorstwa w rozumieniu przepisów o zwalczaniu nieuczciwej konkurencji i zastrzegamy, że nie mogą być one udostępniane.</w:t>
      </w:r>
    </w:p>
    <w:p w:rsidRPr="00334E99" w:rsidR="00077220" w:rsidRDefault="00000000" w14:paraId="1F90EAC0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6. W przypadku utajnienia oferty Wykonawca nie później niż do terminu otwarcia ofert musi wykazać, że zastrzeżone informacje stanowią tajemnicę przedsiębiorstwa, w szczególności określając, w jaki sposób zostały spełnione przesłanki, o których mowa w art. 11 ust. 2 ustawy z dnia 16 kwietnia 1993 r. o zwalczaniu nieuczciwej konkurencji.</w:t>
      </w:r>
    </w:p>
    <w:p w:rsidRPr="00334E99" w:rsidR="00077220" w:rsidRDefault="00000000" w14:paraId="158A9C1F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7. Oświadczam, że jestem mikro przedsiębiorcą*/małym przedsiębiorcą*/średnim przedsiębiorcą*.</w:t>
      </w:r>
    </w:p>
    <w:p w:rsidRPr="00334E99" w:rsidR="00077220" w:rsidRDefault="00000000" w14:paraId="019418F9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8. Oświadczam/y, że uważam/y się za związanych niniejszą ofertą przez okres 30 dni od upływu terminu składania ofert.</w:t>
      </w:r>
    </w:p>
    <w:p w:rsidRPr="00334E99" w:rsidR="00077220" w:rsidRDefault="00000000" w14:paraId="298EB56A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9. Oświadczam/y, że w przypadku wyboru naszej oferty zobowiązuję/emy się do zawarcia umowy na warunkach wskazanych w Zapytaniu ofertowym i projektowanych postanowieniach umowy.</w:t>
      </w:r>
    </w:p>
    <w:p w:rsidRPr="00334E99" w:rsidR="00077220" w:rsidRDefault="00000000" w14:paraId="62D27CBF" w14:textId="77777777">
      <w:pPr>
        <w:rPr>
          <w:lang w:val="pl-PL"/>
        </w:rPr>
      </w:pPr>
      <w:r w:rsidRPr="00334E99">
        <w:rPr>
          <w:rFonts w:eastAsia="Calibri" w:cs="Calibri"/>
          <w:lang w:val="pl-PL"/>
        </w:rPr>
        <w:t>10. Oświadczam/y, że zamówienie wykonam/y samodzielnie / przy udziale podwykonawców* w zakresie wskazanym poniżej.</w:t>
      </w:r>
    </w:p>
    <w:p w:rsidRPr="00334E99" w:rsidR="00077220" w:rsidRDefault="00000000" w14:paraId="40089D8A" w14:textId="77777777">
      <w:pPr>
        <w:jc w:val="left"/>
        <w:rPr>
          <w:lang w:val="pl-PL"/>
        </w:rPr>
      </w:pPr>
      <w:r w:rsidRPr="00334E99">
        <w:rPr>
          <w:rFonts w:eastAsia="Calibri" w:cs="Calibri"/>
          <w:b/>
          <w:lang w:val="pl-PL"/>
        </w:rPr>
        <w:t>Dane dotyczące wykonawców występujących wspólnie**: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08"/>
      </w:tblGrid>
      <w:tr w:rsidRPr="0080090A" w:rsidR="00077220" w14:paraId="2E5E4030" w14:textId="77777777">
        <w:trPr>
          <w:jc w:val="center"/>
        </w:trPr>
        <w:tc>
          <w:tcPr>
            <w:tcW w:w="288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00000" w14:paraId="259099BE" w14:textId="77777777">
            <w:pPr>
              <w:spacing w:after="0" w:line="240" w:lineRule="auto"/>
              <w:jc w:val="center"/>
              <w:rPr>
                <w:lang w:val="pl-PL"/>
              </w:rPr>
            </w:pPr>
            <w:r w:rsidRPr="00334E99">
              <w:rPr>
                <w:rFonts w:eastAsia="Calibri" w:cs="Calibri"/>
                <w:b/>
                <w:sz w:val="18"/>
                <w:lang w:val="pl-PL"/>
              </w:rPr>
              <w:t>Zarejestrowana nazwa Wykonawcy występującego wspólnie</w:t>
            </w:r>
          </w:p>
        </w:tc>
        <w:tc>
          <w:tcPr>
            <w:tcW w:w="288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00000" w14:paraId="3766C300" w14:textId="77777777">
            <w:pPr>
              <w:spacing w:after="0" w:line="240" w:lineRule="auto"/>
              <w:jc w:val="center"/>
              <w:rPr>
                <w:lang w:val="pl-PL"/>
              </w:rPr>
            </w:pPr>
            <w:r w:rsidRPr="00334E99">
              <w:rPr>
                <w:rFonts w:eastAsia="Calibri" w:cs="Calibri"/>
                <w:b/>
                <w:sz w:val="18"/>
                <w:lang w:val="pl-PL"/>
              </w:rPr>
              <w:t>Zarejestrowany adres Wykonawcy występującego wspólnie</w:t>
            </w:r>
          </w:p>
        </w:tc>
        <w:tc>
          <w:tcPr>
            <w:tcW w:w="280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00000" w14:paraId="7C539A95" w14:textId="77777777">
            <w:pPr>
              <w:spacing w:after="0" w:line="240" w:lineRule="auto"/>
              <w:jc w:val="center"/>
              <w:rPr>
                <w:lang w:val="pl-PL"/>
              </w:rPr>
            </w:pPr>
            <w:r w:rsidRPr="00334E99">
              <w:rPr>
                <w:rFonts w:eastAsia="Calibri" w:cs="Calibri"/>
                <w:b/>
                <w:sz w:val="18"/>
                <w:lang w:val="pl-PL"/>
              </w:rPr>
              <w:t>Informacja czy podmiot jest mikro/małym/średnim przedsiębiorcą</w:t>
            </w:r>
          </w:p>
        </w:tc>
      </w:tr>
      <w:tr w:rsidRPr="0080090A" w:rsidR="00077220" w14:paraId="3A7F410A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70D1473A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27A67B73" w14:textId="77777777">
            <w:pPr>
              <w:spacing w:after="0" w:line="240" w:lineRule="auto"/>
              <w:jc w:val="left"/>
              <w:rPr>
                <w:lang w:val="pl-PL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38DABC86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</w:tr>
      <w:tr w:rsidRPr="0080090A" w:rsidR="00077220" w14:paraId="5E87C975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3EEEE6BD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6E16ACC9" w14:textId="77777777">
            <w:pPr>
              <w:spacing w:after="0" w:line="240" w:lineRule="auto"/>
              <w:jc w:val="left"/>
              <w:rPr>
                <w:lang w:val="pl-PL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76EF89D6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</w:tr>
      <w:tr w:rsidRPr="0080090A" w:rsidR="00077220" w14:paraId="562B0A0D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1A486AF1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673B666E" w14:textId="77777777">
            <w:pPr>
              <w:spacing w:after="0" w:line="240" w:lineRule="auto"/>
              <w:jc w:val="left"/>
              <w:rPr>
                <w:lang w:val="pl-PL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77220" w14:paraId="6CD583B8" w14:textId="77777777">
            <w:pPr>
              <w:spacing w:after="0" w:line="240" w:lineRule="auto"/>
              <w:jc w:val="center"/>
              <w:rPr>
                <w:lang w:val="pl-PL"/>
              </w:rPr>
            </w:pPr>
          </w:p>
        </w:tc>
      </w:tr>
    </w:tbl>
    <w:p w:rsidRPr="00334E99" w:rsidR="00077220" w:rsidRDefault="00077220" w14:paraId="4C2D7741" w14:textId="77777777">
      <w:pPr>
        <w:spacing w:line="240" w:lineRule="auto"/>
        <w:rPr>
          <w:lang w:val="pl-PL"/>
        </w:rPr>
      </w:pPr>
    </w:p>
    <w:p w:rsidR="00077220" w:rsidRDefault="00000000" w14:paraId="0744CCFC" w14:textId="77777777">
      <w:pPr>
        <w:jc w:val="left"/>
      </w:pPr>
      <w:r>
        <w:rPr>
          <w:rFonts w:eastAsia="Calibri" w:cs="Calibri"/>
          <w:b/>
        </w:rPr>
        <w:t>Zakres zamówienia powierzany podwykonawcom**: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328"/>
        <w:gridCol w:w="2592"/>
      </w:tblGrid>
      <w:tr w:rsidR="00077220" w14:paraId="44D36177" w14:textId="77777777">
        <w:trPr>
          <w:jc w:val="center"/>
        </w:trPr>
        <w:tc>
          <w:tcPr>
            <w:tcW w:w="64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578A740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8"/>
              </w:rPr>
              <w:t>Lp.</w:t>
            </w:r>
          </w:p>
        </w:tc>
        <w:tc>
          <w:tcPr>
            <w:tcW w:w="532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4E99" w:rsidR="00077220" w:rsidRDefault="00000000" w14:paraId="30B53BEF" w14:textId="77777777">
            <w:pPr>
              <w:spacing w:after="0" w:line="240" w:lineRule="auto"/>
              <w:jc w:val="center"/>
              <w:rPr>
                <w:lang w:val="pl-PL"/>
              </w:rPr>
            </w:pPr>
            <w:r w:rsidRPr="00334E99">
              <w:rPr>
                <w:rFonts w:eastAsia="Calibri" w:cs="Calibri"/>
                <w:b/>
                <w:sz w:val="18"/>
                <w:lang w:val="pl-PL"/>
              </w:rPr>
              <w:t>Opis części zamówienia, którą Wykonawca zamierza powierzyć podwykonawcy</w:t>
            </w:r>
          </w:p>
        </w:tc>
        <w:tc>
          <w:tcPr>
            <w:tcW w:w="2592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33C91911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sz w:val="18"/>
              </w:rPr>
              <w:t>Nazwa podwykonawcy</w:t>
            </w:r>
          </w:p>
        </w:tc>
      </w:tr>
      <w:tr w:rsidR="00077220" w14:paraId="55BB7836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7C4EE639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8"/>
              </w:rPr>
              <w:t>1.</w:t>
            </w:r>
          </w:p>
        </w:tc>
        <w:tc>
          <w:tcPr>
            <w:tcW w:w="53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79E30A4C" w14:textId="77777777">
            <w:pPr>
              <w:spacing w:after="0" w:line="240" w:lineRule="auto"/>
              <w:jc w:val="left"/>
            </w:pP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160EED8A" w14:textId="77777777">
            <w:pPr>
              <w:spacing w:after="0" w:line="240" w:lineRule="auto"/>
              <w:jc w:val="center"/>
            </w:pPr>
          </w:p>
        </w:tc>
      </w:tr>
      <w:tr w:rsidR="00077220" w14:paraId="7A1D403F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00000" w14:paraId="13FF887C" w14:textId="77777777">
            <w:pPr>
              <w:spacing w:after="0" w:line="240" w:lineRule="auto"/>
              <w:jc w:val="center"/>
            </w:pPr>
            <w:r>
              <w:rPr>
                <w:rFonts w:eastAsia="Calibri" w:cs="Calibri"/>
                <w:sz w:val="18"/>
              </w:rPr>
              <w:t>2.</w:t>
            </w:r>
          </w:p>
        </w:tc>
        <w:tc>
          <w:tcPr>
            <w:tcW w:w="53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4D23C0DB" w14:textId="77777777">
            <w:pPr>
              <w:spacing w:after="0" w:line="240" w:lineRule="auto"/>
              <w:jc w:val="left"/>
            </w:pP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7220" w:rsidRDefault="00077220" w14:paraId="6FAA7A28" w14:textId="77777777">
            <w:pPr>
              <w:spacing w:after="0" w:line="240" w:lineRule="auto"/>
              <w:jc w:val="center"/>
            </w:pPr>
          </w:p>
        </w:tc>
      </w:tr>
    </w:tbl>
    <w:p w:rsidR="00077220" w:rsidRDefault="00077220" w14:paraId="4F36AA7F" w14:textId="77777777">
      <w:pPr>
        <w:spacing w:line="240" w:lineRule="auto"/>
      </w:pPr>
    </w:p>
    <w:p w:rsidRPr="00334E99" w:rsidR="00077220" w:rsidRDefault="00000000" w14:paraId="7F379C7B" w14:textId="77777777">
      <w:pPr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Załącznikami do niniejszego formularza, stanowiącymi integralną część oferty, są:</w:t>
      </w:r>
    </w:p>
    <w:p w:rsidRPr="00334E99" w:rsidR="00077220" w:rsidRDefault="00000000" w14:paraId="137B0C6E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7298813E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5FA32AF2" w14:textId="77777777">
      <w:pPr>
        <w:spacing w:after="4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........................................................................................................................................</w:t>
      </w:r>
    </w:p>
    <w:p w:rsidRPr="00334E99" w:rsidR="00077220" w:rsidRDefault="00000000" w14:paraId="11B376D6" w14:textId="77777777">
      <w:pPr>
        <w:spacing w:after="0" w:line="240" w:lineRule="auto"/>
        <w:jc w:val="left"/>
        <w:rPr>
          <w:lang w:val="pl-PL"/>
        </w:rPr>
      </w:pPr>
      <w:r w:rsidRPr="00334E99">
        <w:rPr>
          <w:rFonts w:eastAsia="Calibri" w:cs="Calibri"/>
          <w:i/>
          <w:sz w:val="20"/>
          <w:lang w:val="pl-PL"/>
        </w:rPr>
        <w:t>* niepotrzebne skreślić</w:t>
      </w:r>
    </w:p>
    <w:p w:rsidRPr="00334E99" w:rsidR="00077220" w:rsidRDefault="00000000" w14:paraId="2CE298F4" w14:textId="77777777">
      <w:pPr>
        <w:spacing w:after="240" w:line="240" w:lineRule="auto"/>
        <w:jc w:val="left"/>
        <w:rPr>
          <w:lang w:val="pl-PL"/>
        </w:rPr>
      </w:pPr>
      <w:r w:rsidRPr="00334E99">
        <w:rPr>
          <w:rFonts w:eastAsia="Calibri" w:cs="Calibri"/>
          <w:i/>
          <w:sz w:val="20"/>
          <w:lang w:val="pl-PL"/>
        </w:rPr>
        <w:t>** wypełnić, jeżeli dotyczy</w:t>
      </w:r>
    </w:p>
    <w:p w:rsidRPr="00334E99" w:rsidR="00077220" w:rsidRDefault="00000000" w14:paraId="0C129EBD" w14:textId="77777777">
      <w:pPr>
        <w:spacing w:after="360" w:line="240" w:lineRule="auto"/>
        <w:jc w:val="left"/>
        <w:rPr>
          <w:lang w:val="pl-PL"/>
        </w:rPr>
      </w:pPr>
      <w:r w:rsidRPr="00334E99">
        <w:rPr>
          <w:rFonts w:eastAsia="Calibri" w:cs="Calibri"/>
          <w:lang w:val="pl-PL"/>
        </w:rPr>
        <w:t>…………….……. (miejscowość), dnia …………………. r.</w:t>
      </w:r>
    </w:p>
    <w:p w:rsidRPr="00334E99" w:rsidR="00077220" w:rsidRDefault="00000000" w14:paraId="416060D2" w14:textId="77777777">
      <w:pPr>
        <w:spacing w:after="0" w:line="240" w:lineRule="auto"/>
        <w:jc w:val="right"/>
        <w:rPr>
          <w:lang w:val="pl-PL"/>
        </w:rPr>
      </w:pPr>
      <w:r w:rsidRPr="00334E99">
        <w:rPr>
          <w:rFonts w:eastAsia="Calibri" w:cs="Calibri"/>
          <w:lang w:val="pl-PL"/>
        </w:rPr>
        <w:t>…………………………………………………………………………</w:t>
      </w:r>
    </w:p>
    <w:p w:rsidRPr="00334E99" w:rsidR="00077220" w:rsidRDefault="00000000" w14:paraId="296F3FEB" w14:textId="77777777">
      <w:pPr>
        <w:spacing w:line="240" w:lineRule="auto"/>
        <w:jc w:val="right"/>
        <w:rPr>
          <w:lang w:val="pl-PL"/>
        </w:rPr>
      </w:pPr>
      <w:r w:rsidRPr="00334E99">
        <w:rPr>
          <w:rFonts w:eastAsia="Calibri" w:cs="Calibri"/>
          <w:i/>
          <w:sz w:val="20"/>
          <w:lang w:val="pl-PL"/>
        </w:rPr>
        <w:t>(podpis osoby upoważnionej do reprezentowania Wykonawcy)</w:t>
      </w:r>
    </w:p>
    <w:sectPr w:rsidRPr="00334E99" w:rsidR="00077220" w:rsidSect="00034616">
      <w:headerReference w:type="default" r:id="rId15"/>
      <w:footerReference w:type="default" r:id="rId16"/>
      <w:pgSz w:w="12240" w:h="15840" w:orient="portrait"/>
      <w:pgMar w:top="1390" w:right="1822" w:bottom="1152" w:left="1850" w:header="187" w:footer="49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C3A" w:rsidRDefault="00A56C3A" w14:paraId="2C32325C" w14:textId="77777777">
      <w:pPr>
        <w:spacing w:after="0" w:line="240" w:lineRule="auto"/>
      </w:pPr>
      <w:r>
        <w:separator/>
      </w:r>
    </w:p>
  </w:endnote>
  <w:endnote w:type="continuationSeparator" w:id="0">
    <w:p w:rsidR="00A56C3A" w:rsidRDefault="00A56C3A" w14:paraId="78A550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0090A" w:rsidR="00077220" w:rsidRDefault="00000000" w14:paraId="25E5F43A" w14:textId="77777777">
    <w:pPr>
      <w:spacing w:after="0" w:line="240" w:lineRule="auto"/>
      <w:jc w:val="right"/>
      <w:rPr>
        <w:lang w:val="pl-PL"/>
      </w:rPr>
    </w:pPr>
    <w:r>
      <w:rPr>
        <w:rFonts w:eastAsia="Calibri" w:cs="Calibri"/>
        <w:sz w:val="21"/>
      </w:rPr>
      <w:fldChar w:fldCharType="begin"/>
    </w:r>
    <w:r w:rsidRPr="0080090A">
      <w:rPr>
        <w:rFonts w:eastAsia="Calibri" w:cs="Calibri"/>
        <w:sz w:val="21"/>
        <w:lang w:val="pl-PL"/>
      </w:rPr>
      <w:instrText>PAGE</w:instrText>
    </w:r>
    <w:r>
      <w:rPr>
        <w:rFonts w:eastAsia="Calibri" w:cs="Calibri"/>
        <w:sz w:val="21"/>
      </w:rPr>
      <w:fldChar w:fldCharType="separate"/>
    </w:r>
    <w:r w:rsidRPr="0080090A" w:rsidR="00334E99">
      <w:rPr>
        <w:rFonts w:eastAsia="Calibri" w:cs="Calibri"/>
        <w:noProof/>
        <w:sz w:val="21"/>
        <w:lang w:val="pl-PL"/>
      </w:rPr>
      <w:t>1</w:t>
    </w:r>
    <w:r>
      <w:rPr>
        <w:rFonts w:eastAsia="Calibri" w:cs="Calibri"/>
        <w:sz w:val="21"/>
      </w:rPr>
      <w:fldChar w:fldCharType="end"/>
    </w:r>
  </w:p>
  <w:p w:rsidRPr="00334E99" w:rsidR="00077220" w:rsidRDefault="00000000" w14:paraId="01D72120" w14:textId="77777777">
    <w:pPr>
      <w:spacing w:after="0" w:line="240" w:lineRule="auto"/>
      <w:jc w:val="left"/>
      <w:rPr>
        <w:lang w:val="pl-PL"/>
      </w:rPr>
    </w:pPr>
    <w:r w:rsidRPr="00334E99">
      <w:rPr>
        <w:rFonts w:eastAsia="Calibri" w:cs="Calibri"/>
        <w:i/>
        <w:sz w:val="19"/>
        <w:lang w:val="pl-PL"/>
      </w:rPr>
      <w:t>Projekt współfinansowany w ramach polskiej współpracy rozwojowej Ministerstwa Spraw Zagranicznych RP.</w:t>
    </w:r>
  </w:p>
  <w:p w:rsidR="00077220" w:rsidRDefault="00077220" w14:paraId="351E8A1D" w14:textId="77777777">
    <w:pPr>
      <w:spacing w:after="0" w:line="240" w:lineRule="auto"/>
      <w:jc w:val="left"/>
    </w:pPr>
    <w:hyperlink r:id="rId1">
      <w:r>
        <w:rPr>
          <w:i/>
          <w:color w:val="0000FF"/>
          <w:sz w:val="19"/>
          <w:u w:val="single"/>
        </w:rPr>
        <w:t>www.gov.pl/polskapomoc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C3A" w:rsidRDefault="00A56C3A" w14:paraId="4769F442" w14:textId="77777777">
      <w:pPr>
        <w:spacing w:after="0" w:line="240" w:lineRule="auto"/>
      </w:pPr>
      <w:r>
        <w:separator/>
      </w:r>
    </w:p>
  </w:footnote>
  <w:footnote w:type="continuationSeparator" w:id="0">
    <w:p w:rsidR="00A56C3A" w:rsidRDefault="00A56C3A" w14:paraId="2A21DC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024"/>
      <w:gridCol w:w="3240"/>
      <w:gridCol w:w="2304"/>
    </w:tblGrid>
    <w:tr w:rsidR="00077220" w14:paraId="155DCB26" w14:textId="77777777">
      <w:trPr>
        <w:jc w:val="center"/>
      </w:trPr>
      <w:tc>
        <w:tcPr>
          <w:tcW w:w="3024" w:type="dxa"/>
          <w:vAlign w:val="center"/>
        </w:tcPr>
        <w:p w:rsidR="00077220" w:rsidRDefault="00000000" w14:paraId="6F542680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1E590666" wp14:editId="5857443B">
                <wp:extent cx="1177747" cy="47281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747" cy="472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0" w:type="dxa"/>
          <w:vAlign w:val="center"/>
        </w:tcPr>
        <w:p w:rsidR="00077220" w:rsidRDefault="00000000" w14:paraId="0A55E780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26E168B9" wp14:editId="307B3A27">
                <wp:extent cx="1484071" cy="4727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071" cy="472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  <w:vAlign w:val="center"/>
        </w:tcPr>
        <w:p w:rsidR="00077220" w:rsidRDefault="00000000" w14:paraId="1C9EDBAA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0272C5CF" wp14:editId="081B4F4C">
                <wp:extent cx="662940" cy="53425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" cy="534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04670815">
    <w:abstractNumId w:val="8"/>
  </w:num>
  <w:num w:numId="2" w16cid:durableId="1338847807">
    <w:abstractNumId w:val="6"/>
  </w:num>
  <w:num w:numId="3" w16cid:durableId="1133519755">
    <w:abstractNumId w:val="5"/>
  </w:num>
  <w:num w:numId="4" w16cid:durableId="365180433">
    <w:abstractNumId w:val="4"/>
  </w:num>
  <w:num w:numId="5" w16cid:durableId="1074206690">
    <w:abstractNumId w:val="7"/>
  </w:num>
  <w:num w:numId="6" w16cid:durableId="917134863">
    <w:abstractNumId w:val="3"/>
  </w:num>
  <w:num w:numId="7" w16cid:durableId="316954531">
    <w:abstractNumId w:val="2"/>
  </w:num>
  <w:num w:numId="8" w16cid:durableId="1868325437">
    <w:abstractNumId w:val="1"/>
  </w:num>
  <w:num w:numId="9" w16cid:durableId="120397759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6063C"/>
    <w:rsid w:val="00077220"/>
    <w:rsid w:val="0015074B"/>
    <w:rsid w:val="0029639D"/>
    <w:rsid w:val="00326F90"/>
    <w:rsid w:val="00334E99"/>
    <w:rsid w:val="00655CB1"/>
    <w:rsid w:val="0080090A"/>
    <w:rsid w:val="00A56C3A"/>
    <w:rsid w:val="00AA1D8D"/>
    <w:rsid w:val="00B47730"/>
    <w:rsid w:val="00CB0664"/>
    <w:rsid w:val="00CD0FE6"/>
    <w:rsid w:val="00E035A3"/>
    <w:rsid w:val="00FC693F"/>
    <w:rsid w:val="05665F81"/>
    <w:rsid w:val="0623E254"/>
    <w:rsid w:val="0656556E"/>
    <w:rsid w:val="08790A56"/>
    <w:rsid w:val="097F9A9A"/>
    <w:rsid w:val="0B016902"/>
    <w:rsid w:val="0C7B11C5"/>
    <w:rsid w:val="0F487B69"/>
    <w:rsid w:val="10A5DEA9"/>
    <w:rsid w:val="1631196C"/>
    <w:rsid w:val="165B087F"/>
    <w:rsid w:val="173AAB6D"/>
    <w:rsid w:val="18196986"/>
    <w:rsid w:val="1B04A3AC"/>
    <w:rsid w:val="1C3816D7"/>
    <w:rsid w:val="1DBA7157"/>
    <w:rsid w:val="272FAB65"/>
    <w:rsid w:val="2AE8BF85"/>
    <w:rsid w:val="2B1CDC80"/>
    <w:rsid w:val="2B96203F"/>
    <w:rsid w:val="2CC7F631"/>
    <w:rsid w:val="33B7F576"/>
    <w:rsid w:val="3455EA6C"/>
    <w:rsid w:val="35875ECE"/>
    <w:rsid w:val="35E0E8FC"/>
    <w:rsid w:val="3640133F"/>
    <w:rsid w:val="368D3113"/>
    <w:rsid w:val="36F578AA"/>
    <w:rsid w:val="3BF87E1F"/>
    <w:rsid w:val="3BFB1C4B"/>
    <w:rsid w:val="3C68A5DE"/>
    <w:rsid w:val="420BE705"/>
    <w:rsid w:val="42982D14"/>
    <w:rsid w:val="43689B97"/>
    <w:rsid w:val="4530EF7B"/>
    <w:rsid w:val="459AE94B"/>
    <w:rsid w:val="496CF04F"/>
    <w:rsid w:val="4A9FF1D8"/>
    <w:rsid w:val="4FA0EEE3"/>
    <w:rsid w:val="54A5DC81"/>
    <w:rsid w:val="563EE52B"/>
    <w:rsid w:val="5734C2E9"/>
    <w:rsid w:val="58FE9402"/>
    <w:rsid w:val="5FE19217"/>
    <w:rsid w:val="631D8B06"/>
    <w:rsid w:val="66329D1D"/>
    <w:rsid w:val="6760A8EA"/>
    <w:rsid w:val="68D9AE04"/>
    <w:rsid w:val="69286CDF"/>
    <w:rsid w:val="6B36E95E"/>
    <w:rsid w:val="6E50BEAD"/>
    <w:rsid w:val="70A18996"/>
    <w:rsid w:val="70C98318"/>
    <w:rsid w:val="72B20AC2"/>
    <w:rsid w:val="7627C04B"/>
    <w:rsid w:val="7AA288DA"/>
    <w:rsid w:val="7C07571D"/>
    <w:rsid w:val="7CEE146C"/>
    <w:rsid w:val="7D833524"/>
    <w:rsid w:val="7F2F07D9"/>
    <w:rsid w:val="7FAAD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A3B81"/>
  <w14:defaultImageDpi w14:val="300"/>
  <w15:docId w15:val="{62AA275F-FD82-45E6-B047-ED44FE7281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pPr>
      <w:spacing w:after="120" w:line="360" w:lineRule="auto"/>
      <w:jc w:val="both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zatHeading" w:customStyle="1">
    <w:name w:val="CzatHeading"/>
    <w:basedOn w:val="Normalny"/>
    <w:pPr>
      <w:keepNext/>
      <w:spacing w:before="120"/>
    </w:pPr>
    <w:rPr>
      <w:b/>
    </w:rPr>
  </w:style>
  <w:style w:type="paragraph" w:styleId="CzatSubHeading" w:customStyle="1">
    <w:name w:val="CzatSubHeading"/>
    <w:basedOn w:val="Normalny"/>
    <w:pPr>
      <w:keepNext/>
      <w:spacing w:before="120"/>
    </w:pPr>
    <w:rPr>
      <w:b/>
    </w:rPr>
  </w:style>
  <w:style w:type="paragraph" w:styleId="CzatTitle" w:customStyle="1">
    <w:name w:val="CzatTitle"/>
    <w:basedOn w:val="Normalny"/>
    <w:pPr>
      <w:spacing w:after="240"/>
    </w:pPr>
    <w:rPr>
      <w:b/>
    </w:rPr>
  </w:style>
  <w:style w:type="paragraph" w:styleId="CzatSmall" w:customStyle="1">
    <w:name w:val="CzatSmall"/>
    <w:basedOn w:val="Normalny"/>
    <w:pPr>
      <w:spacing w:after="400" w:line="240" w:lineRule="auto"/>
      <w:jc w:val="center"/>
    </w:pPr>
    <w:rPr>
      <w:i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090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80090A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0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80090A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polskapomo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5EE07593FC0247B1A0109C9F06B4CB" ma:contentTypeVersion="3" ma:contentTypeDescription="Utwórz nowy dokument." ma:contentTypeScope="" ma:versionID="a1a853650d19505a46f810dc017a35cd">
  <xsd:schema xmlns:xsd="http://www.w3.org/2001/XMLSchema" xmlns:xs="http://www.w3.org/2001/XMLSchema" xmlns:p="http://schemas.microsoft.com/office/2006/metadata/properties" xmlns:ns2="e87e1c1c-ab1a-45e9-9975-86c4289eb5a3" targetNamespace="http://schemas.microsoft.com/office/2006/metadata/properties" ma:root="true" ma:fieldsID="ae8cb11550da93ce840d639e68d6b255" ns2:_="">
    <xsd:import namespace="e87e1c1c-ab1a-45e9-9975-86c4289e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e1c1c-ab1a-45e9-9975-86c4289eb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35640-12D8-4704-B8E5-84AB778A5B03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454731-1F78-41FE-8E87-236B2D11DA33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customXml/itemProps4.xml><?xml version="1.0" encoding="utf-8"?>
<ds:datastoreItem xmlns:ds="http://schemas.openxmlformats.org/officeDocument/2006/customXml" ds:itemID="{5380BF33-D3C4-484D-B6D1-D7D1BD30AB8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Załącznik nr 2 – Formularz ofertowy 2026</dc:title>
  <dc:subject>Zamówienie na usługi ekspertów z Ukrainy w projekcie IRMiR/MFiPR 2026</dc:subject>
  <dc:creator>Aleksandra Jadach-Sepioło</dc:creator>
  <keywords/>
  <dc:description/>
  <lastModifiedBy>Magdalena Lenard</lastModifiedBy>
  <revision>7</revision>
  <dcterms:created xsi:type="dcterms:W3CDTF">2013-12-23T23:15:00.0000000Z</dcterms:created>
  <dcterms:modified xsi:type="dcterms:W3CDTF">2026-08-17T14:20:27.8238698Z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0x010100055EE07593FC0247B1A0109C9F06B4CB</vt:lpwstr>
  </property>
</Properties>
</file>